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598C" w:rsidRPr="00F9458B" w:rsidRDefault="00455A79">
      <w:pPr>
        <w:pStyle w:val="Heading2"/>
        <w:rPr>
          <w:rFonts w:ascii="Times New Roman" w:hAnsi="Times New Roman" w:cs="Times New Roman"/>
          <w:color w:val="000000" w:themeColor="text1"/>
          <w:sz w:val="32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32"/>
          <w:szCs w:val="24"/>
        </w:rPr>
        <w:t>Title: Smart Parking System using IoT and AI</w:t>
      </w:r>
    </w:p>
    <w:p w:rsidR="00F9458B" w:rsidRPr="00F9458B" w:rsidRDefault="00F9458B" w:rsidP="00F9458B">
      <w:pPr>
        <w:rPr>
          <w:b/>
          <w:color w:val="000000" w:themeColor="text1"/>
          <w:sz w:val="24"/>
        </w:rPr>
      </w:pPr>
    </w:p>
    <w:p w:rsidR="00F9458B" w:rsidRPr="00F9458B" w:rsidRDefault="00F9458B" w:rsidP="00F9458B">
      <w:pPr>
        <w:rPr>
          <w:color w:val="000000" w:themeColor="text1"/>
        </w:rPr>
      </w:pPr>
    </w:p>
    <w:p w:rsidR="00455A79" w:rsidRDefault="00455A79" w:rsidP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Abstract</w:t>
      </w:r>
    </w:p>
    <w:p w:rsidR="00455A79" w:rsidRPr="00455A79" w:rsidRDefault="00455A79" w:rsidP="00455A79">
      <w:bookmarkStart w:id="0" w:name="_GoBack"/>
      <w:bookmarkEnd w:id="0"/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Urban areas face major challenges due to increasing vehicle density, limited parking spaces, and inefficient parking management. Traditional parking systems often rely on manual 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monitoring, leading to traffic congestion, driver frustration, and fuel wastage. This project proposes a Smart Parking System using IoT and AI that enables real-time detection of parking space availability, efficient guidance for drivers, and effective man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agement for operators.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IoT-enabled sensors and cameras are deployed in parking lots to monitor slot availability. The data is transmitted to a cloud/edge server where AI algorithms analyze and process information. Drivers are guided to the nearest availab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le slot through a mobile application, while operators can access a dashboard for analytics and management.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Impact: Reduces traffic congestion, minimizes fuel consumption, improves user convenience, and enhances parking management efficiency in smart citie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s.</w:t>
      </w:r>
    </w:p>
    <w:p w:rsidR="00B9598C" w:rsidRPr="00F9458B" w:rsidRDefault="00455A79">
      <w:pPr>
        <w:pStyle w:val="Heading2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Keywords</w:t>
      </w:r>
    </w:p>
    <w:p w:rsidR="00B9598C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Smart Parking, IoT, AI, Sensors, Real-time Monitoring, Cloud Computing, Traffic Management, Mobile App, Dashboard</w:t>
      </w:r>
    </w:p>
    <w:p w:rsidR="00F9458B" w:rsidRP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9598C" w:rsidRPr="00F9458B" w:rsidRDefault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Chapter 1: Introduction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1.1 Background and Motivation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Growing vehicle population → shortage of parking spaces in cities.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Tradi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tional parking → time-consuming, inefficient, and contributes to congestion.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- IoT and AI provide an opportunity for real-time parking management.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A smart system improves efficiency, reduces stress for drivers, and enhances urban mobility.</w:t>
      </w:r>
    </w:p>
    <w:p w:rsidR="00B9598C" w:rsidRPr="00455A79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1.2 Problem St</w:t>
      </w:r>
      <w:r w:rsidRPr="00455A79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atement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Lack of real-time parking availability updates.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Drivers waste time searching for slots → traffic congestion &amp; fuel wastage.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Operators lack data-driven insights into parking utilization.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Solution: IoT-based real-time monitoring + AI-driven a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nalytics to optimize parking allocation.</w:t>
      </w:r>
    </w:p>
    <w:p w:rsidR="00B9598C" w:rsidRPr="00455A79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1.3 Objectives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Monitor parking slot occupancy in real-time.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Guide drivers to the nearest available slot using mobile navigation.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Provide analytics dashboard for operators (slot usage, peak demand, revenue).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 xml:space="preserve">- 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Reduce traffic congestion and fuel wastage.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Improve user experience and management efficiency.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1.4 Scope of the Project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Real-time detection of available parking slots.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AI-based prediction of slot availability trends.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User app for guidance to neares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t slot.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Operator dashboard for management insights.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Exclusions: Large-scale smart city traffic control, dynamic pricing algorithms.</w:t>
      </w:r>
    </w:p>
    <w:p w:rsidR="00F9458B" w:rsidRPr="00F9458B" w:rsidRDefault="00455A79" w:rsidP="00F9458B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Chapter 2: System Design and Components</w:t>
      </w:r>
    </w:p>
    <w:p w:rsidR="00F9458B" w:rsidRDefault="00455A79" w:rsidP="00F9458B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2.</w:t>
      </w:r>
      <w:r w:rsid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1</w:t>
      </w: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 xml:space="preserve"> Block Diagram</w:t>
      </w:r>
    </w:p>
    <w:p w:rsidR="00F9458B" w:rsidRDefault="00F9458B" w:rsidP="00F9458B"/>
    <w:p w:rsidR="00F9458B" w:rsidRDefault="00F9458B" w:rsidP="00F9458B"/>
    <w:p w:rsidR="00F9458B" w:rsidRDefault="00F9458B" w:rsidP="00F9458B"/>
    <w:p w:rsidR="00F9458B" w:rsidRDefault="00F9458B" w:rsidP="00F9458B"/>
    <w:p w:rsidR="00F9458B" w:rsidRDefault="00F9458B" w:rsidP="00F9458B"/>
    <w:p w:rsidR="00F9458B" w:rsidRPr="00F9458B" w:rsidRDefault="00F9458B" w:rsidP="00F9458B"/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215265</wp:posOffset>
                </wp:positionV>
                <wp:extent cx="695325" cy="514350"/>
                <wp:effectExtent l="0" t="38100" r="47625" b="190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5325" cy="514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AD4E1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277.5pt;margin-top:16.95pt;width:54.75pt;height:40.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" strokecolor="black [3040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ragraph">
                  <wp:posOffset>262890</wp:posOffset>
                </wp:positionV>
                <wp:extent cx="857250" cy="447675"/>
                <wp:effectExtent l="0" t="0" r="76200" b="4762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447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04D758" id="Straight Arrow Connector 6" o:spid="_x0000_s1026" type="#_x0000_t32" style="position:absolute;margin-left:111.75pt;margin-top:20.7pt;width:67.5pt;height:35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" strokecolor="black [3040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37E1247" wp14:editId="56901784">
                <wp:simplePos x="0" y="0"/>
                <wp:positionH relativeFrom="column">
                  <wp:posOffset>4238625</wp:posOffset>
                </wp:positionH>
                <wp:positionV relativeFrom="paragraph">
                  <wp:posOffset>28575</wp:posOffset>
                </wp:positionV>
                <wp:extent cx="1228725" cy="523875"/>
                <wp:effectExtent l="57150" t="38100" r="85725" b="1047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458B" w:rsidRDefault="00F9458B" w:rsidP="00F9458B">
                            <w:pPr>
                              <w:jc w:val="center"/>
                            </w:pPr>
                            <w:r>
                              <w:t>Cloud server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E1247" id="Rectangle 3" o:spid="_x0000_s1026" style="position:absolute;margin-left:333.75pt;margin-top:2.25pt;width:96.75pt;height:41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9458B" w:rsidRDefault="00F9458B" w:rsidP="00F9458B">
                      <w:pPr>
                        <w:jc w:val="center"/>
                      </w:pPr>
                      <w:r>
                        <w:t>Cloud server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100965</wp:posOffset>
                </wp:positionV>
                <wp:extent cx="1228725" cy="523875"/>
                <wp:effectExtent l="57150" t="38100" r="85725" b="1047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458B" w:rsidRDefault="00F9458B" w:rsidP="00F9458B">
                            <w:pPr>
                              <w:jc w:val="center"/>
                            </w:pPr>
                            <w:r>
                              <w:t>IR SENSORS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7" style="position:absolute;margin-left:12pt;margin-top:7.95pt;width:96.75pt;height:41.25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9458B" w:rsidRDefault="00F9458B" w:rsidP="00F9458B">
                      <w:pPr>
                        <w:jc w:val="center"/>
                      </w:pPr>
                      <w:r>
                        <w:t>IR SENSORS</w:t>
                      </w:r>
                    </w:p>
                  </w:txbxContent>
                </v:textbox>
              </v:rect>
            </w:pict>
          </mc:Fallback>
        </mc:AlternateContent>
      </w:r>
    </w:p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4867275</wp:posOffset>
                </wp:positionH>
                <wp:positionV relativeFrom="paragraph">
                  <wp:posOffset>186690</wp:posOffset>
                </wp:positionV>
                <wp:extent cx="9525" cy="409575"/>
                <wp:effectExtent l="38100" t="0" r="66675" b="476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5626F2" id="Straight Arrow Connector 13" o:spid="_x0000_s1026" type="#_x0000_t32" style="position:absolute;margin-left:383.25pt;margin-top:14.7pt;width:.75pt;height:32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" strokecolor="black [3040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37E1247" wp14:editId="56901784">
                <wp:simplePos x="0" y="0"/>
                <wp:positionH relativeFrom="column">
                  <wp:posOffset>2295525</wp:posOffset>
                </wp:positionH>
                <wp:positionV relativeFrom="paragraph">
                  <wp:posOffset>237490</wp:posOffset>
                </wp:positionV>
                <wp:extent cx="1228725" cy="523875"/>
                <wp:effectExtent l="57150" t="38100" r="85725" b="1047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458B" w:rsidRDefault="00F9458B" w:rsidP="00F9458B">
                            <w:pPr>
                              <w:jc w:val="center"/>
                            </w:pPr>
                            <w:r>
                              <w:t>ESP32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E1247" id="Rectangle 2" o:spid="_x0000_s1028" style="position:absolute;margin-left:180.75pt;margin-top:18.7pt;width:96.75pt;height:41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9458B" w:rsidRDefault="00F9458B" w:rsidP="00F9458B">
                      <w:pPr>
                        <w:jc w:val="center"/>
                      </w:pPr>
                      <w:r>
                        <w:t>ESP32</w:t>
                      </w:r>
                    </w:p>
                  </w:txbxContent>
                </v:textbox>
              </v:rect>
            </w:pict>
          </mc:Fallback>
        </mc:AlternateContent>
      </w:r>
    </w:p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37E1247" wp14:editId="56901784">
                <wp:simplePos x="0" y="0"/>
                <wp:positionH relativeFrom="column">
                  <wp:posOffset>4267200</wp:posOffset>
                </wp:positionH>
                <wp:positionV relativeFrom="paragraph">
                  <wp:posOffset>181610</wp:posOffset>
                </wp:positionV>
                <wp:extent cx="1228725" cy="523875"/>
                <wp:effectExtent l="57150" t="38100" r="85725" b="1047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458B" w:rsidRDefault="00F9458B" w:rsidP="00F9458B">
                            <w:pPr>
                              <w:jc w:val="center"/>
                            </w:pPr>
                            <w:r>
                              <w:t>ML prediction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E1247" id="Rectangle 4" o:spid="_x0000_s1029" style="position:absolute;margin-left:336pt;margin-top:14.3pt;width:96.75pt;height:41.2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9458B" w:rsidRDefault="00F9458B" w:rsidP="00F9458B">
                      <w:pPr>
                        <w:jc w:val="center"/>
                      </w:pPr>
                      <w:r>
                        <w:t>ML prediction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120015</wp:posOffset>
                </wp:positionV>
                <wp:extent cx="838200" cy="400050"/>
                <wp:effectExtent l="0" t="38100" r="57150" b="190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3820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234954" id="Straight Arrow Connector 7" o:spid="_x0000_s1026" type="#_x0000_t32" style="position:absolute;margin-left:116.25pt;margin-top:9.45pt;width:66pt;height:31.5pt;flip:y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" strokecolor="black [3040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37E1247" wp14:editId="56901784">
                <wp:simplePos x="0" y="0"/>
                <wp:positionH relativeFrom="column">
                  <wp:posOffset>257175</wp:posOffset>
                </wp:positionH>
                <wp:positionV relativeFrom="paragraph">
                  <wp:posOffset>243840</wp:posOffset>
                </wp:positionV>
                <wp:extent cx="1228725" cy="523875"/>
                <wp:effectExtent l="57150" t="38100" r="85725" b="1047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458B" w:rsidRDefault="00F9458B" w:rsidP="00F9458B">
                            <w:pPr>
                              <w:jc w:val="center"/>
                            </w:pPr>
                            <w:r>
                              <w:t>Ultrasonic sensor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E1247" id="Rectangle 5" o:spid="_x0000_s1030" style="position:absolute;margin-left:20.25pt;margin-top:19.2pt;width:96.75pt;height:41.2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9458B" w:rsidRDefault="00F9458B" w:rsidP="00F9458B">
                      <w:pPr>
                        <w:jc w:val="center"/>
                      </w:pPr>
                      <w:r>
                        <w:t>Ultrasonic sensor</w:t>
                      </w:r>
                    </w:p>
                  </w:txbxContent>
                </v:textbox>
              </v:rect>
            </w:pict>
          </mc:Fallback>
        </mc:AlternateContent>
      </w:r>
    </w:p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4895850</wp:posOffset>
                </wp:positionH>
                <wp:positionV relativeFrom="paragraph">
                  <wp:posOffset>338455</wp:posOffset>
                </wp:positionV>
                <wp:extent cx="19050" cy="457200"/>
                <wp:effectExtent l="57150" t="0" r="57150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457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A5C627" id="Straight Arrow Connector 14" o:spid="_x0000_s1026" type="#_x0000_t32" style="position:absolute;margin-left:385.5pt;margin-top:26.65pt;width:1.5pt;height:3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" strokecolor="black [3040]">
                <v:stroke endarrow="block"/>
              </v:shape>
            </w:pict>
          </mc:Fallback>
        </mc:AlternateContent>
      </w:r>
    </w:p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37E1247" wp14:editId="56901784">
                <wp:simplePos x="0" y="0"/>
                <wp:positionH relativeFrom="column">
                  <wp:posOffset>4333875</wp:posOffset>
                </wp:positionH>
                <wp:positionV relativeFrom="paragraph">
                  <wp:posOffset>47625</wp:posOffset>
                </wp:positionV>
                <wp:extent cx="1228725" cy="523875"/>
                <wp:effectExtent l="57150" t="38100" r="85725" b="1047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458B" w:rsidRDefault="00F9458B" w:rsidP="00F9458B">
                            <w:pPr>
                              <w:jc w:val="center"/>
                            </w:pPr>
                            <w:r>
                              <w:t>App dashboard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E1247" id="Rectangle 10" o:spid="_x0000_s1031" style="position:absolute;margin-left:341.25pt;margin-top:3.75pt;width:96.75pt;height:41.2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9458B" w:rsidRDefault="00F9458B" w:rsidP="00F9458B">
                      <w:pPr>
                        <w:jc w:val="center"/>
                      </w:pPr>
                      <w:r>
                        <w:t>App dashboard</w:t>
                      </w:r>
                    </w:p>
                  </w:txbxContent>
                </v:textbox>
              </v:rect>
            </w:pict>
          </mc:Fallback>
        </mc:AlternateContent>
      </w:r>
    </w:p>
    <w:p w:rsid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F9458B" w:rsidRPr="00F9458B" w:rsidRDefault="00F9458B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9598C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2.3 Hardware Components</w:t>
      </w:r>
    </w:p>
    <w:p w:rsidR="00F9458B" w:rsidRPr="00F9458B" w:rsidRDefault="00F9458B" w:rsidP="00F9458B"/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Sensors: Ultrasoni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c, IR, or cameras for slot occupancy detection.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IoT Gateway: ESP32/Raspberry Pi for data collection.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Cameras: For computer vision-based detection.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Power supply &amp; communication modules (Wi-Fi, LoRa, Zigbee, 4G/5G).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2.4 Software Components</w:t>
      </w:r>
    </w:p>
    <w:p w:rsidR="00455A79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Programmin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g: Arduino IDE / Python for IoT devices.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Cloud Platform: AWS, Google Cloud, Azure IoT, or Firebase.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 xml:space="preserve">- AI/ML Libraries: TensorFlow, OpenCV, </w:t>
      </w:r>
      <w:proofErr w:type="spellStart"/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Scikit</w:t>
      </w:r>
      <w:proofErr w:type="spellEnd"/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-learn.</w:t>
      </w:r>
    </w:p>
    <w:p w:rsidR="00B9598C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Dashboard: Web application using Flask/Dja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ngo + </w:t>
      </w:r>
      <w:proofErr w:type="spellStart"/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Plotly</w:t>
      </w:r>
      <w:proofErr w:type="spellEnd"/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:rsidR="00455A79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9598C" w:rsidRPr="00455A79" w:rsidRDefault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Chapter 3: Algorithm &amp; AI Techniques</w:t>
      </w:r>
    </w:p>
    <w:p w:rsidR="00F9458B" w:rsidRPr="00F9458B" w:rsidRDefault="00F9458B" w:rsidP="00F9458B"/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Detection: Image processing &amp; computer vision (OpenCV, YOLO) for slot detection. Sensor data fusion for accuracy.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Transmission: IoT devices send data to cloud/edge server.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Processing: AI clas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sification algorithms for slot occupancy. Predictive 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analytics for demand forecasting.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Interface: App guides driver with real-time navigation.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Management: Dashboard provides insights like slot utilization, peak hours, and revenue statistics.</w:t>
      </w:r>
    </w:p>
    <w:p w:rsidR="00B9598C" w:rsidRPr="00455A79" w:rsidRDefault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Chapter 4:</w:t>
      </w: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System Implementation</w:t>
      </w:r>
    </w:p>
    <w:p w:rsidR="00B9598C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1. Vehicle enters parking area.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2. Sensors/cameras check slot availability.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3. IoT gateway transmits data to cloud/edge server.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4. AI algorithm processes availability and predicts slot usage.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 xml:space="preserve">5. Mobile app displays nearest available 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slot and provides navigation.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6. Operator dashboard shows overall parking status, analytics, and alerts.</w:t>
      </w:r>
    </w:p>
    <w:p w:rsidR="00455A79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455A79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9598C" w:rsidRPr="00455A79" w:rsidRDefault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Chapter 5: Advantages and Disadvantages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Advantages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Real-time parking slot detection.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Reduces search time and traffic congestion.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 xml:space="preserve">- Improves fuel 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efficiency and lowers emissions.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Provides operator insights for better management.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Enhances user experience with app navigation.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Disadvantages</w:t>
      </w:r>
    </w:p>
    <w:p w:rsidR="00B9598C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Dependency on internet/cloud connectivity.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Sensor and camera maintenance required.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Initial setup cost i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s high for large parking areas.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Accuracy depends on sensor placement and data quality.</w:t>
      </w:r>
    </w:p>
    <w:p w:rsidR="00455A79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9598C" w:rsidRPr="00455A79" w:rsidRDefault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Chapter 6: Applications and Future Scope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Applications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Smart city parking solutions.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Shopping malls, airports, railway stations.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- Office complexes and commercial c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enters.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Stadiums and event venues.</w:t>
      </w:r>
    </w:p>
    <w:p w:rsidR="00B9598C" w:rsidRPr="00F9458B" w:rsidRDefault="00455A79">
      <w:pPr>
        <w:pStyle w:val="Heading3"/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b w:val="0"/>
          <w:color w:val="000000" w:themeColor="text1"/>
          <w:sz w:val="28"/>
          <w:szCs w:val="24"/>
        </w:rPr>
        <w:t>Future Scope</w:t>
      </w:r>
    </w:p>
    <w:p w:rsidR="00B9598C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- Integration with smart traffic systems.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Dynamic pricing based on demand.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Integration with EV charging stations.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Voice-assisted parking guidance.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br/>
        <w:t>- AI-driven predictive parking reservation systems.</w:t>
      </w:r>
    </w:p>
    <w:p w:rsidR="00455A79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9598C" w:rsidRPr="00455A79" w:rsidRDefault="00455A79">
      <w:pPr>
        <w:pStyle w:val="Heading2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C</w:t>
      </w:r>
      <w:r w:rsidRPr="00455A79">
        <w:rPr>
          <w:rFonts w:ascii="Times New Roman" w:hAnsi="Times New Roman" w:cs="Times New Roman"/>
          <w:color w:val="000000" w:themeColor="text1"/>
          <w:sz w:val="28"/>
          <w:szCs w:val="24"/>
        </w:rPr>
        <w:t>hapter 7: Conclusion</w:t>
      </w:r>
    </w:p>
    <w:p w:rsidR="00B9598C" w:rsidRPr="00F9458B" w:rsidRDefault="00455A79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The proposed Smart Parking System using IoT and AI provides real-time monitoring, efficient slot allocation, and predictive insights. By guiding drivers to nearest available slots, it reduces congestion, fuel wastage, and improves urba</w:t>
      </w:r>
      <w:r w:rsidRPr="00F9458B">
        <w:rPr>
          <w:rFonts w:ascii="Times New Roman" w:hAnsi="Times New Roman" w:cs="Times New Roman"/>
          <w:color w:val="000000" w:themeColor="text1"/>
          <w:sz w:val="28"/>
          <w:szCs w:val="24"/>
        </w:rPr>
        <w:t>n mobility. With dashboards for operators and apps for users, the system is scalable and adaptable for smart cities, commercial buildings, and public facilities.</w:t>
      </w:r>
    </w:p>
    <w:sectPr w:rsidR="00B9598C" w:rsidRPr="00F9458B" w:rsidSect="00F9458B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55A79"/>
    <w:rsid w:val="00AA1D8D"/>
    <w:rsid w:val="00B47730"/>
    <w:rsid w:val="00B9598C"/>
    <w:rsid w:val="00CB0664"/>
    <w:rsid w:val="00F9458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B51ABD"/>
  <w14:defaultImageDpi w14:val="300"/>
  <w15:docId w15:val="{FE9BB3A2-3E04-4C5B-B655-6D792B3B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BEB5F4-BC36-4270-929B-6E8EF766C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</cp:revision>
  <dcterms:created xsi:type="dcterms:W3CDTF">2013-12-23T23:15:00Z</dcterms:created>
  <dcterms:modified xsi:type="dcterms:W3CDTF">2025-10-17T03:52:00Z</dcterms:modified>
  <cp:category/>
</cp:coreProperties>
</file>