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41AF1" w:rsidRPr="00D41AF1" w:rsidRDefault="00D41AF1" w:rsidP="00D41AF1">
      <w:pPr>
        <w:pStyle w:val="Heading1"/>
        <w:rPr>
          <w:b w:val="0"/>
          <w:color w:val="000000" w:themeColor="text1"/>
        </w:rPr>
      </w:pPr>
      <w:r w:rsidRPr="00D41AF1">
        <w:rPr>
          <w:rStyle w:val="Strong"/>
          <w:bCs/>
          <w:color w:val="000000" w:themeColor="text1"/>
        </w:rPr>
        <w:t>Smart Home Automation System using IoT and Machine Learning</w:t>
      </w:r>
    </w:p>
    <w:p w:rsidR="00D41AF1" w:rsidRPr="00D41AF1" w:rsidRDefault="00D41AF1" w:rsidP="00D41AF1">
      <w:pPr>
        <w:rPr>
          <w:color w:val="000000" w:themeColor="text1"/>
        </w:rPr>
      </w:pPr>
      <w:r w:rsidRPr="00D41AF1">
        <w:rPr>
          <w:color w:val="000000" w:themeColor="text1"/>
        </w:rPr>
        <w:pict>
          <v:rect id="_x0000_i1025" style="width:0;height:1.5pt" o:hralign="center" o:hrstd="t" o:hr="t" fillcolor="#a0a0a0" stroked="f"/>
        </w:pict>
      </w:r>
    </w:p>
    <w:p w:rsidR="00D41AF1" w:rsidRPr="00D41AF1" w:rsidRDefault="00D41AF1" w:rsidP="00D41AF1">
      <w:pPr>
        <w:pStyle w:val="Heading2"/>
        <w:rPr>
          <w:b w:val="0"/>
          <w:color w:val="000000" w:themeColor="text1"/>
        </w:rPr>
      </w:pPr>
      <w:r w:rsidRPr="00D41AF1">
        <w:rPr>
          <w:rStyle w:val="Strong"/>
          <w:bCs/>
          <w:color w:val="000000" w:themeColor="text1"/>
        </w:rPr>
        <w:t>Abstract</w:t>
      </w:r>
    </w:p>
    <w:p w:rsidR="00D41AF1" w:rsidRPr="00D41AF1" w:rsidRDefault="00D41AF1" w:rsidP="00D41AF1">
      <w:pPr>
        <w:pStyle w:val="NormalWeb"/>
        <w:rPr>
          <w:color w:val="000000" w:themeColor="text1"/>
        </w:rPr>
      </w:pPr>
      <w:r w:rsidRPr="00D41AF1">
        <w:rPr>
          <w:color w:val="000000" w:themeColor="text1"/>
        </w:rPr>
        <w:t xml:space="preserve">Smart homes represent the next generation of residential living, integrating </w:t>
      </w:r>
      <w:r w:rsidRPr="00D41AF1">
        <w:rPr>
          <w:rStyle w:val="Strong"/>
          <w:b w:val="0"/>
          <w:color w:val="000000" w:themeColor="text1"/>
        </w:rPr>
        <w:t>Internet of Things (IoT) devices</w:t>
      </w:r>
      <w:r w:rsidRPr="00D41AF1">
        <w:rPr>
          <w:color w:val="000000" w:themeColor="text1"/>
        </w:rPr>
        <w:t xml:space="preserve"> with </w:t>
      </w:r>
      <w:r w:rsidRPr="00D41AF1">
        <w:rPr>
          <w:rStyle w:val="Strong"/>
          <w:b w:val="0"/>
          <w:color w:val="000000" w:themeColor="text1"/>
        </w:rPr>
        <w:t>Machine Learning (ML) algorithms</w:t>
      </w:r>
      <w:r w:rsidRPr="00D41AF1">
        <w:rPr>
          <w:color w:val="000000" w:themeColor="text1"/>
        </w:rPr>
        <w:t xml:space="preserve"> to deliver intelligent, efficient, and personalized environments. This project presents the design and development of a Smart Home Automation System that allows real-time monitoring and control of household appliances such as fans, lights, air conditioners, and security devices.</w:t>
      </w:r>
    </w:p>
    <w:p w:rsidR="00D41AF1" w:rsidRPr="00D41AF1" w:rsidRDefault="00D41AF1" w:rsidP="00D41AF1">
      <w:pPr>
        <w:pStyle w:val="NormalWeb"/>
        <w:rPr>
          <w:color w:val="000000" w:themeColor="text1"/>
        </w:rPr>
      </w:pPr>
      <w:r w:rsidRPr="00D41AF1">
        <w:rPr>
          <w:color w:val="000000" w:themeColor="text1"/>
        </w:rPr>
        <w:t xml:space="preserve">The system collects data from </w:t>
      </w:r>
      <w:r w:rsidRPr="00D41AF1">
        <w:rPr>
          <w:rStyle w:val="Strong"/>
          <w:b w:val="0"/>
          <w:color w:val="000000" w:themeColor="text1"/>
        </w:rPr>
        <w:t>sensors</w:t>
      </w:r>
      <w:r w:rsidRPr="00D41AF1">
        <w:rPr>
          <w:color w:val="000000" w:themeColor="text1"/>
        </w:rPr>
        <w:t xml:space="preserve"> (temperature, humidity, light, motion, etc.) and uses an IoT microcontroller (ESP32/Raspberry Pi) as the central processing unit. The gathered data is transmitted via Wi-Fi to a </w:t>
      </w:r>
      <w:r w:rsidRPr="00D41AF1">
        <w:rPr>
          <w:rStyle w:val="Strong"/>
          <w:b w:val="0"/>
          <w:color w:val="000000" w:themeColor="text1"/>
        </w:rPr>
        <w:t>cloud/local server</w:t>
      </w:r>
      <w:r w:rsidRPr="00D41AF1">
        <w:rPr>
          <w:color w:val="000000" w:themeColor="text1"/>
        </w:rPr>
        <w:t xml:space="preserve"> where ML algorithms </w:t>
      </w:r>
      <w:proofErr w:type="spellStart"/>
      <w:r w:rsidRPr="00D41AF1">
        <w:rPr>
          <w:color w:val="000000" w:themeColor="text1"/>
        </w:rPr>
        <w:t>analyze</w:t>
      </w:r>
      <w:proofErr w:type="spellEnd"/>
      <w:r w:rsidRPr="00D41AF1">
        <w:rPr>
          <w:color w:val="000000" w:themeColor="text1"/>
        </w:rPr>
        <w:t xml:space="preserve"> usage patterns. Based on this analysis, the system predicts and automates user actions — for example, turning off unused appliances, adjusting temperature, or switching lights according to occupancy and daylight levels.</w:t>
      </w:r>
    </w:p>
    <w:p w:rsidR="00D41AF1" w:rsidRPr="00D41AF1" w:rsidRDefault="00D41AF1" w:rsidP="00D41AF1">
      <w:pPr>
        <w:pStyle w:val="NormalWeb"/>
        <w:rPr>
          <w:color w:val="000000" w:themeColor="text1"/>
        </w:rPr>
      </w:pPr>
      <w:r w:rsidRPr="00D41AF1">
        <w:rPr>
          <w:color w:val="000000" w:themeColor="text1"/>
        </w:rPr>
        <w:t xml:space="preserve">A </w:t>
      </w:r>
      <w:r w:rsidRPr="00D41AF1">
        <w:rPr>
          <w:rStyle w:val="Strong"/>
          <w:b w:val="0"/>
          <w:color w:val="000000" w:themeColor="text1"/>
        </w:rPr>
        <w:t>mobile application/web dashboard</w:t>
      </w:r>
      <w:r w:rsidRPr="00D41AF1">
        <w:rPr>
          <w:color w:val="000000" w:themeColor="text1"/>
        </w:rPr>
        <w:t xml:space="preserve"> provides users with real-time control and monitoring, ensuring flexibility. The system’s advantages include energy savings, increased security, and improved convenience. While requiring stable internet and careful integration, this solution demonstrates how IoT and ML can transform homes into </w:t>
      </w:r>
      <w:r w:rsidRPr="00D41AF1">
        <w:rPr>
          <w:rStyle w:val="Strong"/>
          <w:b w:val="0"/>
          <w:color w:val="000000" w:themeColor="text1"/>
        </w:rPr>
        <w:t>adaptive, intelligent ecosystems</w:t>
      </w:r>
      <w:r w:rsidRPr="00D41AF1">
        <w:rPr>
          <w:color w:val="000000" w:themeColor="text1"/>
        </w:rPr>
        <w:t>.</w:t>
      </w:r>
    </w:p>
    <w:p w:rsidR="00D41AF1" w:rsidRPr="00D41AF1" w:rsidRDefault="00D41AF1" w:rsidP="00D41AF1">
      <w:pPr>
        <w:pStyle w:val="NormalWeb"/>
        <w:rPr>
          <w:color w:val="000000" w:themeColor="text1"/>
        </w:rPr>
      </w:pPr>
      <w:r w:rsidRPr="00D41AF1">
        <w:rPr>
          <w:rStyle w:val="Strong"/>
          <w:b w:val="0"/>
          <w:color w:val="000000" w:themeColor="text1"/>
        </w:rPr>
        <w:t>Keywords:</w:t>
      </w:r>
      <w:r w:rsidRPr="00D41AF1">
        <w:rPr>
          <w:color w:val="000000" w:themeColor="text1"/>
        </w:rPr>
        <w:t xml:space="preserve"> IoT, ESP32, Raspberry Pi, Smart Plugs, Machine Learning, Smart Home, Energy Efficiency, Home Automation</w:t>
      </w:r>
    </w:p>
    <w:p w:rsidR="00D41AF1" w:rsidRPr="00D41AF1" w:rsidRDefault="00D41AF1" w:rsidP="00D41AF1">
      <w:pPr>
        <w:rPr>
          <w:color w:val="000000" w:themeColor="text1"/>
        </w:rPr>
      </w:pPr>
      <w:r w:rsidRPr="00D41AF1">
        <w:rPr>
          <w:color w:val="000000" w:themeColor="text1"/>
        </w:rPr>
        <w:pict>
          <v:rect id="_x0000_i1026" style="width:0;height:1.5pt" o:hralign="center" o:hrstd="t" o:hr="t" fillcolor="#a0a0a0" stroked="f"/>
        </w:pict>
      </w:r>
    </w:p>
    <w:p w:rsidR="00D41AF1" w:rsidRPr="00D41AF1" w:rsidRDefault="00D41AF1" w:rsidP="00D41AF1">
      <w:pPr>
        <w:pStyle w:val="Heading1"/>
        <w:rPr>
          <w:b w:val="0"/>
          <w:color w:val="000000" w:themeColor="text1"/>
        </w:rPr>
      </w:pPr>
      <w:r w:rsidRPr="00D41AF1">
        <w:rPr>
          <w:rStyle w:val="Strong"/>
          <w:bCs/>
          <w:color w:val="000000" w:themeColor="text1"/>
        </w:rPr>
        <w:t>Chapter 1: Introduction</w:t>
      </w:r>
    </w:p>
    <w:p w:rsidR="00D41AF1" w:rsidRPr="00D41AF1" w:rsidRDefault="00D41AF1" w:rsidP="00D41AF1">
      <w:pPr>
        <w:pStyle w:val="Heading3"/>
        <w:rPr>
          <w:b w:val="0"/>
          <w:color w:val="000000" w:themeColor="text1"/>
        </w:rPr>
      </w:pPr>
      <w:r w:rsidRPr="00D41AF1">
        <w:rPr>
          <w:rStyle w:val="Strong"/>
          <w:bCs/>
          <w:color w:val="000000" w:themeColor="text1"/>
        </w:rPr>
        <w:t>1.1 Background and Motivation</w:t>
      </w:r>
    </w:p>
    <w:p w:rsidR="00D41AF1" w:rsidRPr="00D41AF1" w:rsidRDefault="00D41AF1" w:rsidP="00D41AF1">
      <w:pPr>
        <w:pStyle w:val="NormalWeb"/>
        <w:rPr>
          <w:color w:val="000000" w:themeColor="text1"/>
        </w:rPr>
      </w:pPr>
      <w:r w:rsidRPr="00D41AF1">
        <w:rPr>
          <w:color w:val="000000" w:themeColor="text1"/>
        </w:rPr>
        <w:t xml:space="preserve">The concept of smart homes is gaining momentum as modern society emphasizes </w:t>
      </w:r>
      <w:r w:rsidRPr="00D41AF1">
        <w:rPr>
          <w:rStyle w:val="Strong"/>
          <w:b w:val="0"/>
          <w:color w:val="000000" w:themeColor="text1"/>
        </w:rPr>
        <w:t>energy efficiency, comfort, and security</w:t>
      </w:r>
      <w:r w:rsidRPr="00D41AF1">
        <w:rPr>
          <w:color w:val="000000" w:themeColor="text1"/>
        </w:rPr>
        <w:t xml:space="preserve">. Traditional automation systems rely on manual input or fixed timers, which cannot adapt to changing user needs. With the rise of </w:t>
      </w:r>
      <w:r w:rsidRPr="00D41AF1">
        <w:rPr>
          <w:rStyle w:val="Strong"/>
          <w:b w:val="0"/>
          <w:color w:val="000000" w:themeColor="text1"/>
        </w:rPr>
        <w:t>IoT devices</w:t>
      </w:r>
      <w:r w:rsidRPr="00D41AF1">
        <w:rPr>
          <w:color w:val="000000" w:themeColor="text1"/>
        </w:rPr>
        <w:t xml:space="preserve"> and </w:t>
      </w:r>
      <w:r w:rsidRPr="00D41AF1">
        <w:rPr>
          <w:rStyle w:val="Strong"/>
          <w:b w:val="0"/>
          <w:color w:val="000000" w:themeColor="text1"/>
        </w:rPr>
        <w:t>artificial intelligence</w:t>
      </w:r>
      <w:r w:rsidRPr="00D41AF1">
        <w:rPr>
          <w:color w:val="000000" w:themeColor="text1"/>
        </w:rPr>
        <w:t xml:space="preserve">, it is now possible to design homes that </w:t>
      </w:r>
      <w:r w:rsidRPr="00D41AF1">
        <w:rPr>
          <w:rStyle w:val="Strong"/>
          <w:b w:val="0"/>
          <w:color w:val="000000" w:themeColor="text1"/>
        </w:rPr>
        <w:t xml:space="preserve">learn user </w:t>
      </w:r>
      <w:proofErr w:type="spellStart"/>
      <w:r w:rsidRPr="00D41AF1">
        <w:rPr>
          <w:rStyle w:val="Strong"/>
          <w:b w:val="0"/>
          <w:color w:val="000000" w:themeColor="text1"/>
        </w:rPr>
        <w:t>behavior</w:t>
      </w:r>
      <w:proofErr w:type="spellEnd"/>
      <w:r w:rsidRPr="00D41AF1">
        <w:rPr>
          <w:color w:val="000000" w:themeColor="text1"/>
        </w:rPr>
        <w:t xml:space="preserve"> and </w:t>
      </w:r>
      <w:r w:rsidRPr="00D41AF1">
        <w:rPr>
          <w:rStyle w:val="Strong"/>
          <w:b w:val="0"/>
          <w:color w:val="000000" w:themeColor="text1"/>
        </w:rPr>
        <w:t>automatically adapt</w:t>
      </w:r>
      <w:r w:rsidRPr="00D41AF1">
        <w:rPr>
          <w:color w:val="000000" w:themeColor="text1"/>
        </w:rPr>
        <w:t>.</w:t>
      </w:r>
    </w:p>
    <w:p w:rsidR="00D41AF1" w:rsidRPr="00D41AF1" w:rsidRDefault="00D41AF1" w:rsidP="00D41AF1">
      <w:pPr>
        <w:pStyle w:val="NormalWeb"/>
        <w:rPr>
          <w:color w:val="000000" w:themeColor="text1"/>
        </w:rPr>
      </w:pPr>
      <w:r w:rsidRPr="00D41AF1">
        <w:rPr>
          <w:color w:val="000000" w:themeColor="text1"/>
        </w:rPr>
        <w:t>IoT devices like sensors, actuators, and microcontrollers enable real-time data collection. When integrated with ML, this data can be transformed into actionable intelligence. For example:</w:t>
      </w:r>
    </w:p>
    <w:p w:rsidR="00D41AF1" w:rsidRPr="00D41AF1" w:rsidRDefault="00D41AF1" w:rsidP="00D41AF1">
      <w:pPr>
        <w:pStyle w:val="NormalWeb"/>
        <w:numPr>
          <w:ilvl w:val="0"/>
          <w:numId w:val="10"/>
        </w:numPr>
        <w:rPr>
          <w:color w:val="000000" w:themeColor="text1"/>
        </w:rPr>
      </w:pPr>
      <w:r w:rsidRPr="00D41AF1">
        <w:rPr>
          <w:color w:val="000000" w:themeColor="text1"/>
        </w:rPr>
        <w:lastRenderedPageBreak/>
        <w:t>Automatically adjusting the thermostat when the user enters a room.</w:t>
      </w:r>
    </w:p>
    <w:p w:rsidR="00D41AF1" w:rsidRPr="00D41AF1" w:rsidRDefault="00D41AF1" w:rsidP="00D41AF1">
      <w:pPr>
        <w:pStyle w:val="NormalWeb"/>
        <w:numPr>
          <w:ilvl w:val="0"/>
          <w:numId w:val="10"/>
        </w:numPr>
        <w:rPr>
          <w:color w:val="000000" w:themeColor="text1"/>
        </w:rPr>
      </w:pPr>
      <w:r w:rsidRPr="00D41AF1">
        <w:rPr>
          <w:color w:val="000000" w:themeColor="text1"/>
        </w:rPr>
        <w:t>Switching off unused lights and appliances.</w:t>
      </w:r>
    </w:p>
    <w:p w:rsidR="00D41AF1" w:rsidRPr="00D41AF1" w:rsidRDefault="00D41AF1" w:rsidP="00D41AF1">
      <w:pPr>
        <w:pStyle w:val="NormalWeb"/>
        <w:numPr>
          <w:ilvl w:val="0"/>
          <w:numId w:val="10"/>
        </w:numPr>
        <w:rPr>
          <w:color w:val="000000" w:themeColor="text1"/>
        </w:rPr>
      </w:pPr>
      <w:r w:rsidRPr="00D41AF1">
        <w:rPr>
          <w:color w:val="000000" w:themeColor="text1"/>
        </w:rPr>
        <w:t>Learning daily routines (e.g., turning on the coffee machine at a specific time).</w:t>
      </w:r>
    </w:p>
    <w:p w:rsidR="00D41AF1" w:rsidRPr="00D41AF1" w:rsidRDefault="00D41AF1" w:rsidP="00D41AF1">
      <w:pPr>
        <w:pStyle w:val="NormalWeb"/>
        <w:rPr>
          <w:color w:val="000000" w:themeColor="text1"/>
        </w:rPr>
      </w:pPr>
      <w:r w:rsidRPr="00D41AF1">
        <w:rPr>
          <w:color w:val="000000" w:themeColor="text1"/>
        </w:rPr>
        <w:t xml:space="preserve">This project is motivated by the need for a </w:t>
      </w:r>
      <w:r w:rsidRPr="00D41AF1">
        <w:rPr>
          <w:rStyle w:val="Strong"/>
          <w:b w:val="0"/>
          <w:color w:val="000000" w:themeColor="text1"/>
        </w:rPr>
        <w:t>scalable, low-cost, and intelligent home automation solution</w:t>
      </w:r>
      <w:r w:rsidRPr="00D41AF1">
        <w:rPr>
          <w:color w:val="000000" w:themeColor="text1"/>
        </w:rPr>
        <w:t xml:space="preserve"> that not only provides convenience but also </w:t>
      </w:r>
      <w:r w:rsidRPr="00D41AF1">
        <w:rPr>
          <w:rStyle w:val="Strong"/>
          <w:b w:val="0"/>
          <w:color w:val="000000" w:themeColor="text1"/>
        </w:rPr>
        <w:t>reduces energy wastage</w:t>
      </w:r>
      <w:r w:rsidRPr="00D41AF1">
        <w:rPr>
          <w:color w:val="000000" w:themeColor="text1"/>
        </w:rPr>
        <w:t>.</w:t>
      </w:r>
    </w:p>
    <w:p w:rsidR="00D41AF1" w:rsidRPr="00D41AF1" w:rsidRDefault="00D41AF1" w:rsidP="00D41AF1">
      <w:pPr>
        <w:rPr>
          <w:color w:val="000000" w:themeColor="text1"/>
        </w:rPr>
      </w:pPr>
      <w:r w:rsidRPr="00D41AF1">
        <w:rPr>
          <w:color w:val="000000" w:themeColor="text1"/>
        </w:rPr>
        <w:pict>
          <v:rect id="_x0000_i1027" style="width:0;height:1.5pt" o:hralign="center" o:hrstd="t" o:hr="t" fillcolor="#a0a0a0" stroked="f"/>
        </w:pict>
      </w:r>
    </w:p>
    <w:p w:rsidR="00D41AF1" w:rsidRPr="00D41AF1" w:rsidRDefault="00D41AF1" w:rsidP="00D41AF1">
      <w:pPr>
        <w:pStyle w:val="Heading3"/>
        <w:rPr>
          <w:b w:val="0"/>
          <w:color w:val="000000" w:themeColor="text1"/>
        </w:rPr>
      </w:pPr>
      <w:r w:rsidRPr="00D41AF1">
        <w:rPr>
          <w:rStyle w:val="Strong"/>
          <w:bCs/>
          <w:color w:val="000000" w:themeColor="text1"/>
        </w:rPr>
        <w:t>1.2 Problem Statement</w:t>
      </w:r>
    </w:p>
    <w:p w:rsidR="00D41AF1" w:rsidRPr="00D41AF1" w:rsidRDefault="00D41AF1" w:rsidP="00D41AF1">
      <w:pPr>
        <w:pStyle w:val="NormalWeb"/>
        <w:rPr>
          <w:color w:val="000000" w:themeColor="text1"/>
        </w:rPr>
      </w:pPr>
      <w:r w:rsidRPr="00D41AF1">
        <w:rPr>
          <w:color w:val="000000" w:themeColor="text1"/>
        </w:rPr>
        <w:t>Conventional home automation systems are limited in functionality:</w:t>
      </w:r>
    </w:p>
    <w:p w:rsidR="00D41AF1" w:rsidRPr="00D41AF1" w:rsidRDefault="00D41AF1" w:rsidP="00D41AF1">
      <w:pPr>
        <w:pStyle w:val="NormalWeb"/>
        <w:numPr>
          <w:ilvl w:val="0"/>
          <w:numId w:val="11"/>
        </w:numPr>
        <w:rPr>
          <w:color w:val="000000" w:themeColor="text1"/>
        </w:rPr>
      </w:pPr>
      <w:r w:rsidRPr="00D41AF1">
        <w:rPr>
          <w:color w:val="000000" w:themeColor="text1"/>
        </w:rPr>
        <w:t>They rely on manual operation or pre-defined schedules.</w:t>
      </w:r>
    </w:p>
    <w:p w:rsidR="00D41AF1" w:rsidRPr="00D41AF1" w:rsidRDefault="00D41AF1" w:rsidP="00D41AF1">
      <w:pPr>
        <w:pStyle w:val="NormalWeb"/>
        <w:numPr>
          <w:ilvl w:val="0"/>
          <w:numId w:val="11"/>
        </w:numPr>
        <w:rPr>
          <w:color w:val="000000" w:themeColor="text1"/>
        </w:rPr>
      </w:pPr>
      <w:r w:rsidRPr="00D41AF1">
        <w:rPr>
          <w:color w:val="000000" w:themeColor="text1"/>
        </w:rPr>
        <w:t>They cannot adapt dynamically to user lifestyle changes.</w:t>
      </w:r>
    </w:p>
    <w:p w:rsidR="00D41AF1" w:rsidRPr="00D41AF1" w:rsidRDefault="00D41AF1" w:rsidP="00D41AF1">
      <w:pPr>
        <w:pStyle w:val="NormalWeb"/>
        <w:numPr>
          <w:ilvl w:val="0"/>
          <w:numId w:val="11"/>
        </w:numPr>
        <w:rPr>
          <w:color w:val="000000" w:themeColor="text1"/>
        </w:rPr>
      </w:pPr>
      <w:r w:rsidRPr="00D41AF1">
        <w:rPr>
          <w:color w:val="000000" w:themeColor="text1"/>
        </w:rPr>
        <w:t>They lack predictive intelligence for energy optimization.</w:t>
      </w:r>
    </w:p>
    <w:p w:rsidR="00D41AF1" w:rsidRPr="00D41AF1" w:rsidRDefault="00D41AF1" w:rsidP="00D41AF1">
      <w:pPr>
        <w:pStyle w:val="NormalWeb"/>
        <w:numPr>
          <w:ilvl w:val="0"/>
          <w:numId w:val="11"/>
        </w:numPr>
        <w:rPr>
          <w:color w:val="000000" w:themeColor="text1"/>
        </w:rPr>
      </w:pPr>
      <w:r w:rsidRPr="00D41AF1">
        <w:rPr>
          <w:color w:val="000000" w:themeColor="text1"/>
        </w:rPr>
        <w:t>Security is often limited to basic surveillance without intelligent detection.</w:t>
      </w:r>
    </w:p>
    <w:p w:rsidR="00D41AF1" w:rsidRPr="00D41AF1" w:rsidRDefault="00D41AF1" w:rsidP="00D41AF1">
      <w:pPr>
        <w:pStyle w:val="NormalWeb"/>
        <w:rPr>
          <w:color w:val="000000" w:themeColor="text1"/>
        </w:rPr>
      </w:pPr>
      <w:r w:rsidRPr="00D41AF1">
        <w:rPr>
          <w:color w:val="000000" w:themeColor="text1"/>
        </w:rPr>
        <w:t xml:space="preserve">Hence, there is a requirement for a </w:t>
      </w:r>
      <w:r w:rsidRPr="00D41AF1">
        <w:rPr>
          <w:rStyle w:val="Strong"/>
          <w:b w:val="0"/>
          <w:color w:val="000000" w:themeColor="text1"/>
        </w:rPr>
        <w:t>smart home system</w:t>
      </w:r>
      <w:r w:rsidRPr="00D41AF1">
        <w:rPr>
          <w:color w:val="000000" w:themeColor="text1"/>
        </w:rPr>
        <w:t xml:space="preserve"> that integrates IoT with ML, capable of learning from user interactions, </w:t>
      </w:r>
      <w:r w:rsidRPr="00D41AF1">
        <w:rPr>
          <w:rStyle w:val="Strong"/>
          <w:b w:val="0"/>
          <w:color w:val="000000" w:themeColor="text1"/>
        </w:rPr>
        <w:t>predicting preferences</w:t>
      </w:r>
      <w:r w:rsidRPr="00D41AF1">
        <w:rPr>
          <w:color w:val="000000" w:themeColor="text1"/>
        </w:rPr>
        <w:t xml:space="preserve">, and </w:t>
      </w:r>
      <w:r w:rsidRPr="00D41AF1">
        <w:rPr>
          <w:rStyle w:val="Strong"/>
          <w:b w:val="0"/>
          <w:color w:val="000000" w:themeColor="text1"/>
        </w:rPr>
        <w:t>automating appliances</w:t>
      </w:r>
      <w:r w:rsidRPr="00D41AF1">
        <w:rPr>
          <w:color w:val="000000" w:themeColor="text1"/>
        </w:rPr>
        <w:t xml:space="preserve"> intelligently.</w:t>
      </w:r>
    </w:p>
    <w:p w:rsidR="00D41AF1" w:rsidRPr="00D41AF1" w:rsidRDefault="00D41AF1" w:rsidP="00D41AF1">
      <w:pPr>
        <w:rPr>
          <w:color w:val="000000" w:themeColor="text1"/>
        </w:rPr>
      </w:pPr>
      <w:r w:rsidRPr="00D41AF1">
        <w:rPr>
          <w:color w:val="000000" w:themeColor="text1"/>
        </w:rPr>
        <w:pict>
          <v:rect id="_x0000_i1028" style="width:0;height:1.5pt" o:hralign="center" o:hrstd="t" o:hr="t" fillcolor="#a0a0a0" stroked="f"/>
        </w:pict>
      </w:r>
    </w:p>
    <w:p w:rsidR="00D41AF1" w:rsidRPr="00D41AF1" w:rsidRDefault="00D41AF1" w:rsidP="00D41AF1">
      <w:pPr>
        <w:pStyle w:val="Heading3"/>
        <w:rPr>
          <w:b w:val="0"/>
          <w:color w:val="000000" w:themeColor="text1"/>
        </w:rPr>
      </w:pPr>
      <w:r w:rsidRPr="00D41AF1">
        <w:rPr>
          <w:rStyle w:val="Strong"/>
          <w:bCs/>
          <w:color w:val="000000" w:themeColor="text1"/>
        </w:rPr>
        <w:t>1.3 Objectives</w:t>
      </w:r>
    </w:p>
    <w:p w:rsidR="00D41AF1" w:rsidRPr="00D41AF1" w:rsidRDefault="00D41AF1" w:rsidP="00D41AF1">
      <w:pPr>
        <w:pStyle w:val="NormalWeb"/>
        <w:rPr>
          <w:color w:val="000000" w:themeColor="text1"/>
        </w:rPr>
      </w:pPr>
      <w:r w:rsidRPr="00D41AF1">
        <w:rPr>
          <w:color w:val="000000" w:themeColor="text1"/>
        </w:rPr>
        <w:t>The primary objectives of this project are:</w:t>
      </w:r>
    </w:p>
    <w:p w:rsidR="00D41AF1" w:rsidRPr="00D41AF1" w:rsidRDefault="00D41AF1" w:rsidP="00D41AF1">
      <w:pPr>
        <w:pStyle w:val="NormalWeb"/>
        <w:numPr>
          <w:ilvl w:val="0"/>
          <w:numId w:val="12"/>
        </w:numPr>
        <w:rPr>
          <w:color w:val="000000" w:themeColor="text1"/>
        </w:rPr>
      </w:pPr>
      <w:r w:rsidRPr="00D41AF1">
        <w:rPr>
          <w:color w:val="000000" w:themeColor="text1"/>
        </w:rPr>
        <w:t>To design a smart home system using IoT devices (ESP32/Raspberry Pi, sensors, relays, smart plugs).</w:t>
      </w:r>
    </w:p>
    <w:p w:rsidR="00D41AF1" w:rsidRPr="00D41AF1" w:rsidRDefault="00D41AF1" w:rsidP="00D41AF1">
      <w:pPr>
        <w:pStyle w:val="NormalWeb"/>
        <w:numPr>
          <w:ilvl w:val="0"/>
          <w:numId w:val="12"/>
        </w:numPr>
        <w:rPr>
          <w:color w:val="000000" w:themeColor="text1"/>
        </w:rPr>
      </w:pPr>
      <w:r w:rsidRPr="00D41AF1">
        <w:rPr>
          <w:color w:val="000000" w:themeColor="text1"/>
        </w:rPr>
        <w:t xml:space="preserve">To collect and </w:t>
      </w:r>
      <w:proofErr w:type="spellStart"/>
      <w:r w:rsidRPr="00D41AF1">
        <w:rPr>
          <w:color w:val="000000" w:themeColor="text1"/>
        </w:rPr>
        <w:t>analyze</w:t>
      </w:r>
      <w:proofErr w:type="spellEnd"/>
      <w:r w:rsidRPr="00D41AF1">
        <w:rPr>
          <w:color w:val="000000" w:themeColor="text1"/>
        </w:rPr>
        <w:t xml:space="preserve"> real-time data on temperature, humidity, lighting, and occupancy.</w:t>
      </w:r>
    </w:p>
    <w:p w:rsidR="00D41AF1" w:rsidRPr="00D41AF1" w:rsidRDefault="00D41AF1" w:rsidP="00D41AF1">
      <w:pPr>
        <w:pStyle w:val="NormalWeb"/>
        <w:numPr>
          <w:ilvl w:val="0"/>
          <w:numId w:val="12"/>
        </w:numPr>
        <w:rPr>
          <w:color w:val="000000" w:themeColor="text1"/>
        </w:rPr>
      </w:pPr>
      <w:r w:rsidRPr="00D41AF1">
        <w:rPr>
          <w:color w:val="000000" w:themeColor="text1"/>
        </w:rPr>
        <w:t xml:space="preserve">To integrate ML algorithms that predict user </w:t>
      </w:r>
      <w:proofErr w:type="spellStart"/>
      <w:r w:rsidRPr="00D41AF1">
        <w:rPr>
          <w:color w:val="000000" w:themeColor="text1"/>
        </w:rPr>
        <w:t>behavior</w:t>
      </w:r>
      <w:proofErr w:type="spellEnd"/>
      <w:r w:rsidRPr="00D41AF1">
        <w:rPr>
          <w:color w:val="000000" w:themeColor="text1"/>
        </w:rPr>
        <w:t xml:space="preserve"> and optimize appliance control.</w:t>
      </w:r>
    </w:p>
    <w:p w:rsidR="00D41AF1" w:rsidRPr="00D41AF1" w:rsidRDefault="00D41AF1" w:rsidP="00D41AF1">
      <w:pPr>
        <w:pStyle w:val="NormalWeb"/>
        <w:numPr>
          <w:ilvl w:val="0"/>
          <w:numId w:val="12"/>
        </w:numPr>
        <w:rPr>
          <w:color w:val="000000" w:themeColor="text1"/>
        </w:rPr>
      </w:pPr>
      <w:r w:rsidRPr="00D41AF1">
        <w:rPr>
          <w:color w:val="000000" w:themeColor="text1"/>
        </w:rPr>
        <w:t xml:space="preserve">To provide a </w:t>
      </w:r>
      <w:r w:rsidRPr="00D41AF1">
        <w:rPr>
          <w:rStyle w:val="Strong"/>
          <w:b w:val="0"/>
          <w:color w:val="000000" w:themeColor="text1"/>
        </w:rPr>
        <w:t>mobile/web-based dashboard</w:t>
      </w:r>
      <w:r w:rsidRPr="00D41AF1">
        <w:rPr>
          <w:color w:val="000000" w:themeColor="text1"/>
        </w:rPr>
        <w:t xml:space="preserve"> for monitoring and manual override.</w:t>
      </w:r>
    </w:p>
    <w:p w:rsidR="00D41AF1" w:rsidRPr="00D41AF1" w:rsidRDefault="00D41AF1" w:rsidP="00D41AF1">
      <w:pPr>
        <w:pStyle w:val="NormalWeb"/>
        <w:numPr>
          <w:ilvl w:val="0"/>
          <w:numId w:val="12"/>
        </w:numPr>
        <w:rPr>
          <w:color w:val="000000" w:themeColor="text1"/>
        </w:rPr>
      </w:pPr>
      <w:r w:rsidRPr="00D41AF1">
        <w:rPr>
          <w:color w:val="000000" w:themeColor="text1"/>
        </w:rPr>
        <w:t xml:space="preserve">To enhance </w:t>
      </w:r>
      <w:r w:rsidRPr="00D41AF1">
        <w:rPr>
          <w:rStyle w:val="Strong"/>
          <w:b w:val="0"/>
          <w:color w:val="000000" w:themeColor="text1"/>
        </w:rPr>
        <w:t>security, comfort, and energy efficiency</w:t>
      </w:r>
      <w:r w:rsidRPr="00D41AF1">
        <w:rPr>
          <w:color w:val="000000" w:themeColor="text1"/>
        </w:rPr>
        <w:t>.</w:t>
      </w:r>
    </w:p>
    <w:p w:rsidR="00D41AF1" w:rsidRPr="00D41AF1" w:rsidRDefault="00D41AF1" w:rsidP="00D41AF1">
      <w:pPr>
        <w:rPr>
          <w:color w:val="000000" w:themeColor="text1"/>
        </w:rPr>
      </w:pPr>
      <w:r w:rsidRPr="00D41AF1">
        <w:rPr>
          <w:color w:val="000000" w:themeColor="text1"/>
        </w:rPr>
        <w:pict>
          <v:rect id="_x0000_i1029" style="width:0;height:1.5pt" o:hralign="center" o:hrstd="t" o:hr="t" fillcolor="#a0a0a0" stroked="f"/>
        </w:pict>
      </w:r>
    </w:p>
    <w:p w:rsidR="00D41AF1" w:rsidRPr="00D41AF1" w:rsidRDefault="00D41AF1" w:rsidP="00D41AF1">
      <w:pPr>
        <w:pStyle w:val="Heading3"/>
        <w:rPr>
          <w:b w:val="0"/>
          <w:color w:val="000000" w:themeColor="text1"/>
        </w:rPr>
      </w:pPr>
      <w:r w:rsidRPr="00D41AF1">
        <w:rPr>
          <w:rStyle w:val="Strong"/>
          <w:bCs/>
          <w:color w:val="000000" w:themeColor="text1"/>
        </w:rPr>
        <w:t>1.4 Scope of the Project</w:t>
      </w:r>
    </w:p>
    <w:p w:rsidR="00D41AF1" w:rsidRPr="00D41AF1" w:rsidRDefault="00D41AF1" w:rsidP="00D41AF1">
      <w:pPr>
        <w:pStyle w:val="NormalWeb"/>
        <w:rPr>
          <w:color w:val="000000" w:themeColor="text1"/>
        </w:rPr>
      </w:pPr>
      <w:r w:rsidRPr="00D41AF1">
        <w:rPr>
          <w:color w:val="000000" w:themeColor="text1"/>
        </w:rPr>
        <w:t>The scope includes:</w:t>
      </w:r>
    </w:p>
    <w:p w:rsidR="00D41AF1" w:rsidRPr="00D41AF1" w:rsidRDefault="00D41AF1" w:rsidP="00D41AF1">
      <w:pPr>
        <w:pStyle w:val="NormalWeb"/>
        <w:numPr>
          <w:ilvl w:val="0"/>
          <w:numId w:val="13"/>
        </w:numPr>
        <w:rPr>
          <w:color w:val="000000" w:themeColor="text1"/>
        </w:rPr>
      </w:pPr>
      <w:r w:rsidRPr="00D41AF1">
        <w:rPr>
          <w:color w:val="000000" w:themeColor="text1"/>
        </w:rPr>
        <w:t>Hardware: IoT controllers (ESP32/Raspberry Pi), sensors (DHT11/22, PIR, LDR), actuators (relays, smart plugs), and optional cameras.</w:t>
      </w:r>
    </w:p>
    <w:p w:rsidR="00D41AF1" w:rsidRPr="00D41AF1" w:rsidRDefault="00D41AF1" w:rsidP="00D41AF1">
      <w:pPr>
        <w:pStyle w:val="NormalWeb"/>
        <w:numPr>
          <w:ilvl w:val="0"/>
          <w:numId w:val="13"/>
        </w:numPr>
        <w:rPr>
          <w:color w:val="000000" w:themeColor="text1"/>
        </w:rPr>
      </w:pPr>
      <w:r w:rsidRPr="00D41AF1">
        <w:rPr>
          <w:color w:val="000000" w:themeColor="text1"/>
        </w:rPr>
        <w:t>Software: Cloud storage, MQTT communication, mobile/web app, ML libraries (</w:t>
      </w:r>
      <w:proofErr w:type="spellStart"/>
      <w:r w:rsidRPr="00D41AF1">
        <w:rPr>
          <w:color w:val="000000" w:themeColor="text1"/>
        </w:rPr>
        <w:t>Scikit</w:t>
      </w:r>
      <w:proofErr w:type="spellEnd"/>
      <w:r w:rsidRPr="00D41AF1">
        <w:rPr>
          <w:color w:val="000000" w:themeColor="text1"/>
        </w:rPr>
        <w:t>-learn/TensorFlow).</w:t>
      </w:r>
    </w:p>
    <w:p w:rsidR="00D41AF1" w:rsidRPr="00D41AF1" w:rsidRDefault="00D41AF1" w:rsidP="00D41AF1">
      <w:pPr>
        <w:pStyle w:val="NormalWeb"/>
        <w:numPr>
          <w:ilvl w:val="0"/>
          <w:numId w:val="13"/>
        </w:numPr>
        <w:rPr>
          <w:color w:val="000000" w:themeColor="text1"/>
        </w:rPr>
      </w:pPr>
      <w:r w:rsidRPr="00D41AF1">
        <w:rPr>
          <w:color w:val="000000" w:themeColor="text1"/>
        </w:rPr>
        <w:lastRenderedPageBreak/>
        <w:t>Functions: Appliance control, environmental monitoring, pattern recognition, predictive automation.</w:t>
      </w:r>
    </w:p>
    <w:p w:rsidR="00D41AF1" w:rsidRPr="00D41AF1" w:rsidRDefault="00D41AF1" w:rsidP="00D41AF1">
      <w:pPr>
        <w:pStyle w:val="NormalWeb"/>
        <w:numPr>
          <w:ilvl w:val="0"/>
          <w:numId w:val="13"/>
        </w:numPr>
        <w:rPr>
          <w:color w:val="000000" w:themeColor="text1"/>
        </w:rPr>
      </w:pPr>
      <w:r w:rsidRPr="00D41AF1">
        <w:rPr>
          <w:color w:val="000000" w:themeColor="text1"/>
        </w:rPr>
        <w:t>Limitations: Internet dependency, setup cost, and potential data privacy concerns.</w:t>
      </w:r>
    </w:p>
    <w:p w:rsidR="00D41AF1" w:rsidRPr="00D41AF1" w:rsidRDefault="00D41AF1" w:rsidP="00D41AF1">
      <w:pPr>
        <w:pStyle w:val="NormalWeb"/>
        <w:rPr>
          <w:color w:val="000000" w:themeColor="text1"/>
        </w:rPr>
      </w:pPr>
      <w:r w:rsidRPr="00D41AF1">
        <w:rPr>
          <w:color w:val="000000" w:themeColor="text1"/>
        </w:rPr>
        <w:t xml:space="preserve">Future scope: Integration with </w:t>
      </w:r>
      <w:r w:rsidRPr="00D41AF1">
        <w:rPr>
          <w:rStyle w:val="Strong"/>
          <w:b w:val="0"/>
          <w:color w:val="000000" w:themeColor="text1"/>
        </w:rPr>
        <w:t>voice assistants</w:t>
      </w:r>
      <w:r w:rsidRPr="00D41AF1">
        <w:rPr>
          <w:color w:val="000000" w:themeColor="text1"/>
        </w:rPr>
        <w:t xml:space="preserve">, </w:t>
      </w:r>
      <w:r w:rsidRPr="00D41AF1">
        <w:rPr>
          <w:rStyle w:val="Strong"/>
          <w:b w:val="0"/>
          <w:color w:val="000000" w:themeColor="text1"/>
        </w:rPr>
        <w:t>renewable energy sources</w:t>
      </w:r>
      <w:r w:rsidRPr="00D41AF1">
        <w:rPr>
          <w:color w:val="000000" w:themeColor="text1"/>
        </w:rPr>
        <w:t xml:space="preserve">, and </w:t>
      </w:r>
      <w:r w:rsidRPr="00D41AF1">
        <w:rPr>
          <w:rStyle w:val="Strong"/>
          <w:b w:val="0"/>
          <w:color w:val="000000" w:themeColor="text1"/>
        </w:rPr>
        <w:t>edge AI</w:t>
      </w:r>
      <w:r w:rsidRPr="00D41AF1">
        <w:rPr>
          <w:color w:val="000000" w:themeColor="text1"/>
        </w:rPr>
        <w:t xml:space="preserve"> for faster decisions.</w:t>
      </w:r>
    </w:p>
    <w:p w:rsidR="00D41AF1" w:rsidRPr="00D41AF1" w:rsidRDefault="00D41AF1" w:rsidP="00D41AF1">
      <w:pPr>
        <w:rPr>
          <w:color w:val="000000" w:themeColor="text1"/>
        </w:rPr>
      </w:pPr>
      <w:r w:rsidRPr="00D41AF1">
        <w:rPr>
          <w:color w:val="000000" w:themeColor="text1"/>
        </w:rPr>
        <w:pict>
          <v:rect id="_x0000_i1030" style="width:0;height:1.5pt" o:hralign="center" o:hrstd="t" o:hr="t" fillcolor="#a0a0a0" stroked="f"/>
        </w:pict>
      </w:r>
    </w:p>
    <w:p w:rsidR="00D41AF1" w:rsidRPr="00D41AF1" w:rsidRDefault="00D41AF1" w:rsidP="00D41AF1">
      <w:pPr>
        <w:pStyle w:val="Heading1"/>
        <w:rPr>
          <w:b w:val="0"/>
          <w:color w:val="000000" w:themeColor="text1"/>
        </w:rPr>
      </w:pPr>
      <w:r w:rsidRPr="00D41AF1">
        <w:rPr>
          <w:rStyle w:val="Strong"/>
          <w:bCs/>
          <w:color w:val="000000" w:themeColor="text1"/>
        </w:rPr>
        <w:t>Chapter 2: System Design and Components</w:t>
      </w:r>
    </w:p>
    <w:p w:rsidR="00D41AF1" w:rsidRPr="00D41AF1" w:rsidRDefault="00D41AF1" w:rsidP="00D41AF1">
      <w:pPr>
        <w:pStyle w:val="Heading3"/>
        <w:rPr>
          <w:b w:val="0"/>
          <w:color w:val="000000" w:themeColor="text1"/>
        </w:rPr>
      </w:pPr>
      <w:r w:rsidRPr="00D41AF1">
        <w:rPr>
          <w:rStyle w:val="Strong"/>
          <w:bCs/>
          <w:color w:val="000000" w:themeColor="text1"/>
        </w:rPr>
        <w:t>2.1 Block Diagram</w:t>
      </w:r>
    </w:p>
    <w:p w:rsidR="00D41AF1" w:rsidRDefault="00D41AF1" w:rsidP="00D41AF1">
      <w:pPr>
        <w:pStyle w:val="NormalWeb"/>
        <w:rPr>
          <w:rStyle w:val="Strong"/>
          <w:b w:val="0"/>
          <w:color w:val="000000" w:themeColor="text1"/>
        </w:rPr>
      </w:pPr>
      <w:r w:rsidRPr="00D41AF1">
        <w:rPr>
          <w:rStyle w:val="Strong"/>
          <w:b w:val="0"/>
          <w:color w:val="000000" w:themeColor="text1"/>
        </w:rPr>
        <w:t>Sensors &amp; IoT Devices</w:t>
      </w:r>
      <w:r w:rsidRPr="00D41AF1">
        <w:rPr>
          <w:color w:val="000000" w:themeColor="text1"/>
        </w:rPr>
        <w:t xml:space="preserve"> (Temperature, Humidity, Motion, Light, Smart Plugs, Cameras) →</w:t>
      </w:r>
      <w:r w:rsidRPr="00D41AF1">
        <w:rPr>
          <w:color w:val="000000" w:themeColor="text1"/>
        </w:rPr>
        <w:br/>
      </w:r>
      <w:r w:rsidRPr="00D41AF1">
        <w:rPr>
          <w:rStyle w:val="Strong"/>
          <w:b w:val="0"/>
          <w:color w:val="000000" w:themeColor="text1"/>
        </w:rPr>
        <w:t>IoT Gateway (ESP32 / Raspberry Pi)</w:t>
      </w:r>
      <w:r w:rsidRPr="00D41AF1">
        <w:rPr>
          <w:color w:val="000000" w:themeColor="text1"/>
        </w:rPr>
        <w:t xml:space="preserve"> →</w:t>
      </w:r>
      <w:r w:rsidRPr="00D41AF1">
        <w:rPr>
          <w:color w:val="000000" w:themeColor="text1"/>
        </w:rPr>
        <w:br/>
      </w:r>
      <w:r w:rsidRPr="00D41AF1">
        <w:rPr>
          <w:rStyle w:val="Strong"/>
          <w:b w:val="0"/>
          <w:color w:val="000000" w:themeColor="text1"/>
        </w:rPr>
        <w:t>Cloud/Local Database</w:t>
      </w:r>
      <w:r w:rsidRPr="00D41AF1">
        <w:rPr>
          <w:color w:val="000000" w:themeColor="text1"/>
        </w:rPr>
        <w:t xml:space="preserve"> →</w:t>
      </w:r>
      <w:r w:rsidRPr="00D41AF1">
        <w:rPr>
          <w:color w:val="000000" w:themeColor="text1"/>
        </w:rPr>
        <w:br/>
      </w:r>
      <w:r w:rsidRPr="00D41AF1">
        <w:rPr>
          <w:rStyle w:val="Strong"/>
          <w:b w:val="0"/>
          <w:color w:val="000000" w:themeColor="text1"/>
        </w:rPr>
        <w:t>ML Model (Python / Edge AI)</w:t>
      </w:r>
      <w:r w:rsidRPr="00D41AF1">
        <w:rPr>
          <w:color w:val="000000" w:themeColor="text1"/>
        </w:rPr>
        <w:t xml:space="preserve"> →</w:t>
      </w:r>
      <w:r w:rsidRPr="00D41AF1">
        <w:rPr>
          <w:color w:val="000000" w:themeColor="text1"/>
        </w:rPr>
        <w:br/>
      </w:r>
      <w:r w:rsidRPr="00D41AF1">
        <w:rPr>
          <w:rStyle w:val="Strong"/>
          <w:b w:val="0"/>
          <w:color w:val="000000" w:themeColor="text1"/>
        </w:rPr>
        <w:t>Automated Appliance Control + Mobile App Interface</w:t>
      </w:r>
    </w:p>
    <w:p w:rsidR="00D41AF1" w:rsidRDefault="00D41AF1" w:rsidP="00D41AF1">
      <w:pPr>
        <w:pStyle w:val="NormalWeb"/>
        <w:rPr>
          <w:rStyle w:val="Strong"/>
          <w:b w:val="0"/>
          <w:color w:val="000000" w:themeColor="text1"/>
        </w:rPr>
      </w:pPr>
    </w:p>
    <w:p w:rsidR="00D41AF1" w:rsidRDefault="00D41AF1" w:rsidP="00D41AF1">
      <w:pPr>
        <w:pStyle w:val="NormalWeb"/>
        <w:rPr>
          <w:rStyle w:val="Strong"/>
          <w:b w:val="0"/>
          <w:color w:val="000000" w:themeColor="text1"/>
        </w:rPr>
      </w:pPr>
    </w:p>
    <w:p w:rsidR="00D41AF1" w:rsidRPr="00D41AF1" w:rsidRDefault="00D41AF1" w:rsidP="00D41AF1">
      <w:pPr>
        <w:pStyle w:val="NormalWeb"/>
        <w:rPr>
          <w:color w:val="000000" w:themeColor="text1"/>
        </w:rPr>
      </w:pPr>
      <w:r>
        <w:rPr>
          <w:noProof/>
          <w:color w:val="000000" w:themeColor="text1"/>
        </w:rPr>
        <w:drawing>
          <wp:inline distT="0" distB="0" distL="0" distR="0">
            <wp:extent cx="5039428" cy="3181794"/>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marthome.png"/>
                    <pic:cNvPicPr/>
                  </pic:nvPicPr>
                  <pic:blipFill>
                    <a:blip r:embed="rId6"/>
                    <a:stretch>
                      <a:fillRect/>
                    </a:stretch>
                  </pic:blipFill>
                  <pic:spPr>
                    <a:xfrm>
                      <a:off x="0" y="0"/>
                      <a:ext cx="5039428" cy="3181794"/>
                    </a:xfrm>
                    <a:prstGeom prst="rect">
                      <a:avLst/>
                    </a:prstGeom>
                  </pic:spPr>
                </pic:pic>
              </a:graphicData>
            </a:graphic>
          </wp:inline>
        </w:drawing>
      </w:r>
    </w:p>
    <w:p w:rsidR="00D41AF1" w:rsidRPr="00D41AF1" w:rsidRDefault="00D41AF1" w:rsidP="00D41AF1">
      <w:pPr>
        <w:rPr>
          <w:color w:val="000000" w:themeColor="text1"/>
        </w:rPr>
      </w:pPr>
      <w:r w:rsidRPr="00D41AF1">
        <w:rPr>
          <w:color w:val="000000" w:themeColor="text1"/>
        </w:rPr>
        <w:pict>
          <v:rect id="_x0000_i1031" style="width:0;height:1.5pt" o:hralign="center" o:hrstd="t" o:hr="t" fillcolor="#a0a0a0" stroked="f"/>
        </w:pict>
      </w:r>
    </w:p>
    <w:p w:rsidR="00D41AF1" w:rsidRPr="00D41AF1" w:rsidRDefault="00D41AF1" w:rsidP="00D41AF1">
      <w:pPr>
        <w:pStyle w:val="Heading3"/>
        <w:rPr>
          <w:b w:val="0"/>
          <w:color w:val="000000" w:themeColor="text1"/>
        </w:rPr>
      </w:pPr>
      <w:r w:rsidRPr="00D41AF1">
        <w:rPr>
          <w:rStyle w:val="Strong"/>
          <w:bCs/>
          <w:color w:val="000000" w:themeColor="text1"/>
        </w:rPr>
        <w:lastRenderedPageBreak/>
        <w:t>2.2 Component Description</w:t>
      </w:r>
    </w:p>
    <w:p w:rsidR="00D41AF1" w:rsidRPr="00D41AF1" w:rsidRDefault="00D41AF1" w:rsidP="00D41AF1">
      <w:pPr>
        <w:pStyle w:val="NormalWeb"/>
        <w:numPr>
          <w:ilvl w:val="0"/>
          <w:numId w:val="14"/>
        </w:numPr>
        <w:rPr>
          <w:color w:val="000000" w:themeColor="text1"/>
        </w:rPr>
      </w:pPr>
      <w:r w:rsidRPr="00D41AF1">
        <w:rPr>
          <w:rStyle w:val="Strong"/>
          <w:b w:val="0"/>
          <w:color w:val="000000" w:themeColor="text1"/>
        </w:rPr>
        <w:t>IoT Gateway (ESP32 / Raspberry Pi):</w:t>
      </w:r>
      <w:r w:rsidRPr="00D41AF1">
        <w:rPr>
          <w:color w:val="000000" w:themeColor="text1"/>
        </w:rPr>
        <w:t xml:space="preserve"> Central processing and communication hub, handles sensor data and appliance control.</w:t>
      </w:r>
    </w:p>
    <w:p w:rsidR="00D41AF1" w:rsidRPr="00D41AF1" w:rsidRDefault="00D41AF1" w:rsidP="00D41AF1">
      <w:pPr>
        <w:pStyle w:val="NormalWeb"/>
        <w:numPr>
          <w:ilvl w:val="0"/>
          <w:numId w:val="14"/>
        </w:numPr>
        <w:rPr>
          <w:color w:val="000000" w:themeColor="text1"/>
        </w:rPr>
      </w:pPr>
      <w:r w:rsidRPr="00D41AF1">
        <w:rPr>
          <w:rStyle w:val="Strong"/>
          <w:b w:val="0"/>
          <w:color w:val="000000" w:themeColor="text1"/>
        </w:rPr>
        <w:t>Temperature &amp; Humidity Sensor (DHT11/DHT22):</w:t>
      </w:r>
      <w:r w:rsidRPr="00D41AF1">
        <w:rPr>
          <w:color w:val="000000" w:themeColor="text1"/>
        </w:rPr>
        <w:t xml:space="preserve"> Provides environmental data for controlling HVAC.</w:t>
      </w:r>
    </w:p>
    <w:p w:rsidR="00D41AF1" w:rsidRPr="00D41AF1" w:rsidRDefault="00D41AF1" w:rsidP="00D41AF1">
      <w:pPr>
        <w:pStyle w:val="NormalWeb"/>
        <w:numPr>
          <w:ilvl w:val="0"/>
          <w:numId w:val="14"/>
        </w:numPr>
        <w:rPr>
          <w:color w:val="000000" w:themeColor="text1"/>
        </w:rPr>
      </w:pPr>
      <w:r w:rsidRPr="00D41AF1">
        <w:rPr>
          <w:rStyle w:val="Strong"/>
          <w:b w:val="0"/>
          <w:color w:val="000000" w:themeColor="text1"/>
        </w:rPr>
        <w:t>PIR Motion Sensor:</w:t>
      </w:r>
      <w:r w:rsidRPr="00D41AF1">
        <w:rPr>
          <w:color w:val="000000" w:themeColor="text1"/>
        </w:rPr>
        <w:t xml:space="preserve"> Detects presence/absence of people in rooms.</w:t>
      </w:r>
    </w:p>
    <w:p w:rsidR="00D41AF1" w:rsidRPr="00D41AF1" w:rsidRDefault="00D41AF1" w:rsidP="00D41AF1">
      <w:pPr>
        <w:pStyle w:val="NormalWeb"/>
        <w:numPr>
          <w:ilvl w:val="0"/>
          <w:numId w:val="14"/>
        </w:numPr>
        <w:rPr>
          <w:color w:val="000000" w:themeColor="text1"/>
        </w:rPr>
      </w:pPr>
      <w:r w:rsidRPr="00D41AF1">
        <w:rPr>
          <w:rStyle w:val="Strong"/>
          <w:b w:val="0"/>
          <w:color w:val="000000" w:themeColor="text1"/>
        </w:rPr>
        <w:t>Light Sensor (LDR):</w:t>
      </w:r>
      <w:r w:rsidRPr="00D41AF1">
        <w:rPr>
          <w:color w:val="000000" w:themeColor="text1"/>
        </w:rPr>
        <w:t xml:space="preserve"> Adjusts lighting based on daylight availability.</w:t>
      </w:r>
    </w:p>
    <w:p w:rsidR="00D41AF1" w:rsidRPr="00D41AF1" w:rsidRDefault="00D41AF1" w:rsidP="00D41AF1">
      <w:pPr>
        <w:pStyle w:val="NormalWeb"/>
        <w:numPr>
          <w:ilvl w:val="0"/>
          <w:numId w:val="14"/>
        </w:numPr>
        <w:rPr>
          <w:color w:val="000000" w:themeColor="text1"/>
        </w:rPr>
      </w:pPr>
      <w:r w:rsidRPr="00D41AF1">
        <w:rPr>
          <w:rStyle w:val="Strong"/>
          <w:b w:val="0"/>
          <w:color w:val="000000" w:themeColor="text1"/>
        </w:rPr>
        <w:t>Smart Plugs / Relays:</w:t>
      </w:r>
      <w:r w:rsidRPr="00D41AF1">
        <w:rPr>
          <w:color w:val="000000" w:themeColor="text1"/>
        </w:rPr>
        <w:t xml:space="preserve"> Enable switching of appliances such as AC, lights, fans.</w:t>
      </w:r>
    </w:p>
    <w:p w:rsidR="00D41AF1" w:rsidRPr="00D41AF1" w:rsidRDefault="00D41AF1" w:rsidP="00D41AF1">
      <w:pPr>
        <w:pStyle w:val="NormalWeb"/>
        <w:numPr>
          <w:ilvl w:val="0"/>
          <w:numId w:val="14"/>
        </w:numPr>
        <w:rPr>
          <w:color w:val="000000" w:themeColor="text1"/>
        </w:rPr>
      </w:pPr>
      <w:r w:rsidRPr="00D41AF1">
        <w:rPr>
          <w:rStyle w:val="Strong"/>
          <w:b w:val="0"/>
          <w:color w:val="000000" w:themeColor="text1"/>
        </w:rPr>
        <w:t>Cameras (Optional):</w:t>
      </w:r>
      <w:r w:rsidRPr="00D41AF1">
        <w:rPr>
          <w:color w:val="000000" w:themeColor="text1"/>
        </w:rPr>
        <w:t xml:space="preserve"> For smart surveillance and security alerts.</w:t>
      </w:r>
    </w:p>
    <w:p w:rsidR="00D41AF1" w:rsidRPr="00D41AF1" w:rsidRDefault="00D41AF1" w:rsidP="00D41AF1">
      <w:pPr>
        <w:pStyle w:val="NormalWeb"/>
        <w:numPr>
          <w:ilvl w:val="0"/>
          <w:numId w:val="14"/>
        </w:numPr>
        <w:rPr>
          <w:color w:val="000000" w:themeColor="text1"/>
        </w:rPr>
      </w:pPr>
      <w:bookmarkStart w:id="0" w:name="_GoBack"/>
      <w:bookmarkEnd w:id="0"/>
      <w:r w:rsidRPr="00D41AF1">
        <w:rPr>
          <w:rStyle w:val="Strong"/>
          <w:b w:val="0"/>
          <w:color w:val="000000" w:themeColor="text1"/>
        </w:rPr>
        <w:t>Web Dashboard:</w:t>
      </w:r>
      <w:r w:rsidRPr="00D41AF1">
        <w:rPr>
          <w:color w:val="000000" w:themeColor="text1"/>
        </w:rPr>
        <w:t xml:space="preserve"> Provides manual control and monitoring.</w:t>
      </w:r>
    </w:p>
    <w:p w:rsidR="00D41AF1" w:rsidRPr="00D41AF1" w:rsidRDefault="00D41AF1" w:rsidP="00D41AF1">
      <w:pPr>
        <w:pStyle w:val="NormalWeb"/>
        <w:numPr>
          <w:ilvl w:val="0"/>
          <w:numId w:val="14"/>
        </w:numPr>
        <w:rPr>
          <w:color w:val="000000" w:themeColor="text1"/>
        </w:rPr>
      </w:pPr>
      <w:r w:rsidRPr="00D41AF1">
        <w:rPr>
          <w:rStyle w:val="Strong"/>
          <w:b w:val="0"/>
          <w:color w:val="000000" w:themeColor="text1"/>
        </w:rPr>
        <w:t>ML Model:</w:t>
      </w:r>
      <w:r w:rsidRPr="00D41AF1">
        <w:rPr>
          <w:color w:val="000000" w:themeColor="text1"/>
        </w:rPr>
        <w:t xml:space="preserve"> Learns user preferences, predicts actions, and automates appliances.</w:t>
      </w:r>
    </w:p>
    <w:p w:rsidR="00D41AF1" w:rsidRPr="00D41AF1" w:rsidRDefault="00D41AF1" w:rsidP="00D41AF1">
      <w:pPr>
        <w:rPr>
          <w:color w:val="000000" w:themeColor="text1"/>
        </w:rPr>
      </w:pPr>
      <w:r w:rsidRPr="00D41AF1">
        <w:rPr>
          <w:color w:val="000000" w:themeColor="text1"/>
        </w:rPr>
        <w:pict>
          <v:rect id="_x0000_i1032" style="width:0;height:1.5pt" o:hralign="center" o:hrstd="t" o:hr="t" fillcolor="#a0a0a0" stroked="f"/>
        </w:pict>
      </w:r>
    </w:p>
    <w:p w:rsidR="00D41AF1" w:rsidRPr="00D41AF1" w:rsidRDefault="00D41AF1" w:rsidP="00D41AF1">
      <w:pPr>
        <w:pStyle w:val="Heading1"/>
        <w:rPr>
          <w:b w:val="0"/>
          <w:color w:val="000000" w:themeColor="text1"/>
        </w:rPr>
      </w:pPr>
      <w:r w:rsidRPr="00D41AF1">
        <w:rPr>
          <w:rStyle w:val="Strong"/>
          <w:bCs/>
          <w:color w:val="000000" w:themeColor="text1"/>
        </w:rPr>
        <w:t>Chapter 3: System Implementation</w:t>
      </w:r>
    </w:p>
    <w:p w:rsidR="00D41AF1" w:rsidRPr="00D41AF1" w:rsidRDefault="00D41AF1" w:rsidP="00D41AF1">
      <w:pPr>
        <w:pStyle w:val="Heading3"/>
        <w:rPr>
          <w:b w:val="0"/>
          <w:color w:val="000000" w:themeColor="text1"/>
        </w:rPr>
      </w:pPr>
      <w:r w:rsidRPr="00D41AF1">
        <w:rPr>
          <w:rStyle w:val="Strong"/>
          <w:bCs/>
          <w:color w:val="000000" w:themeColor="text1"/>
        </w:rPr>
        <w:t>3.1 Circuit &amp; Network Design</w:t>
      </w:r>
    </w:p>
    <w:p w:rsidR="00D41AF1" w:rsidRPr="00D41AF1" w:rsidRDefault="00D41AF1" w:rsidP="00D41AF1">
      <w:pPr>
        <w:pStyle w:val="NormalWeb"/>
        <w:numPr>
          <w:ilvl w:val="0"/>
          <w:numId w:val="15"/>
        </w:numPr>
        <w:rPr>
          <w:color w:val="000000" w:themeColor="text1"/>
        </w:rPr>
      </w:pPr>
      <w:r w:rsidRPr="00D41AF1">
        <w:rPr>
          <w:color w:val="000000" w:themeColor="text1"/>
        </w:rPr>
        <w:t>Sensors (PIR, DHT, LDR) → ESP32 microcontroller → Relays/Smart Plugs → Appliances</w:t>
      </w:r>
    </w:p>
    <w:p w:rsidR="00D41AF1" w:rsidRPr="00D41AF1" w:rsidRDefault="00D41AF1" w:rsidP="00D41AF1">
      <w:pPr>
        <w:pStyle w:val="NormalWeb"/>
        <w:numPr>
          <w:ilvl w:val="0"/>
          <w:numId w:val="15"/>
        </w:numPr>
        <w:rPr>
          <w:color w:val="000000" w:themeColor="text1"/>
        </w:rPr>
      </w:pPr>
      <w:r w:rsidRPr="00D41AF1">
        <w:rPr>
          <w:color w:val="000000" w:themeColor="text1"/>
        </w:rPr>
        <w:t xml:space="preserve">ESP32 communicates with the </w:t>
      </w:r>
      <w:r w:rsidRPr="00D41AF1">
        <w:rPr>
          <w:rStyle w:val="Strong"/>
          <w:b w:val="0"/>
          <w:color w:val="000000" w:themeColor="text1"/>
        </w:rPr>
        <w:t>cloud server</w:t>
      </w:r>
      <w:r w:rsidRPr="00D41AF1">
        <w:rPr>
          <w:color w:val="000000" w:themeColor="text1"/>
        </w:rPr>
        <w:t xml:space="preserve"> via Wi-Fi using </w:t>
      </w:r>
      <w:r w:rsidRPr="00D41AF1">
        <w:rPr>
          <w:rStyle w:val="Strong"/>
          <w:b w:val="0"/>
          <w:color w:val="000000" w:themeColor="text1"/>
        </w:rPr>
        <w:t>MQTT protocol</w:t>
      </w:r>
      <w:r w:rsidRPr="00D41AF1">
        <w:rPr>
          <w:color w:val="000000" w:themeColor="text1"/>
        </w:rPr>
        <w:t>.</w:t>
      </w:r>
    </w:p>
    <w:p w:rsidR="00D41AF1" w:rsidRPr="00D41AF1" w:rsidRDefault="00D41AF1" w:rsidP="00D41AF1">
      <w:pPr>
        <w:pStyle w:val="NormalWeb"/>
        <w:numPr>
          <w:ilvl w:val="0"/>
          <w:numId w:val="15"/>
        </w:numPr>
        <w:rPr>
          <w:color w:val="000000" w:themeColor="text1"/>
        </w:rPr>
      </w:pPr>
      <w:r w:rsidRPr="00D41AF1">
        <w:rPr>
          <w:color w:val="000000" w:themeColor="text1"/>
        </w:rPr>
        <w:t xml:space="preserve">ML model runs on </w:t>
      </w:r>
      <w:r w:rsidRPr="00D41AF1">
        <w:rPr>
          <w:rStyle w:val="Strong"/>
          <w:b w:val="0"/>
          <w:color w:val="000000" w:themeColor="text1"/>
        </w:rPr>
        <w:t>cloud or local server</w:t>
      </w:r>
      <w:r w:rsidRPr="00D41AF1">
        <w:rPr>
          <w:color w:val="000000" w:themeColor="text1"/>
        </w:rPr>
        <w:t>, feeding predictions back to ESP32 for action.</w:t>
      </w:r>
    </w:p>
    <w:p w:rsidR="00D41AF1" w:rsidRPr="00D41AF1" w:rsidRDefault="00D41AF1" w:rsidP="00D41AF1">
      <w:pPr>
        <w:pStyle w:val="NormalWeb"/>
        <w:numPr>
          <w:ilvl w:val="0"/>
          <w:numId w:val="15"/>
        </w:numPr>
        <w:rPr>
          <w:color w:val="000000" w:themeColor="text1"/>
        </w:rPr>
      </w:pPr>
      <w:r w:rsidRPr="00D41AF1">
        <w:rPr>
          <w:color w:val="000000" w:themeColor="text1"/>
        </w:rPr>
        <w:t>Mobile app/web dashboard communicates with the system via APIs.</w:t>
      </w:r>
    </w:p>
    <w:p w:rsidR="00D41AF1" w:rsidRPr="00D41AF1" w:rsidRDefault="00D41AF1" w:rsidP="00D41AF1">
      <w:pPr>
        <w:rPr>
          <w:color w:val="000000" w:themeColor="text1"/>
        </w:rPr>
      </w:pPr>
      <w:r w:rsidRPr="00D41AF1">
        <w:rPr>
          <w:color w:val="000000" w:themeColor="text1"/>
        </w:rPr>
        <w:pict>
          <v:rect id="_x0000_i1033" style="width:0;height:1.5pt" o:hralign="center" o:hrstd="t" o:hr="t" fillcolor="#a0a0a0" stroked="f"/>
        </w:pict>
      </w:r>
    </w:p>
    <w:p w:rsidR="00D41AF1" w:rsidRPr="00D41AF1" w:rsidRDefault="00D41AF1" w:rsidP="00D41AF1">
      <w:pPr>
        <w:pStyle w:val="Heading3"/>
        <w:rPr>
          <w:b w:val="0"/>
          <w:color w:val="000000" w:themeColor="text1"/>
        </w:rPr>
      </w:pPr>
      <w:r w:rsidRPr="00D41AF1">
        <w:rPr>
          <w:rStyle w:val="Strong"/>
          <w:bCs/>
          <w:color w:val="000000" w:themeColor="text1"/>
        </w:rPr>
        <w:t>3.2 Software Design &amp; Programming</w:t>
      </w:r>
    </w:p>
    <w:p w:rsidR="00D41AF1" w:rsidRPr="00D41AF1" w:rsidRDefault="00D41AF1" w:rsidP="00D41AF1">
      <w:pPr>
        <w:pStyle w:val="NormalWeb"/>
        <w:numPr>
          <w:ilvl w:val="0"/>
          <w:numId w:val="16"/>
        </w:numPr>
        <w:rPr>
          <w:color w:val="000000" w:themeColor="text1"/>
        </w:rPr>
      </w:pPr>
      <w:r w:rsidRPr="00D41AF1">
        <w:rPr>
          <w:rStyle w:val="Strong"/>
          <w:b w:val="0"/>
          <w:color w:val="000000" w:themeColor="text1"/>
        </w:rPr>
        <w:t>Initialization:</w:t>
      </w:r>
      <w:r w:rsidRPr="00D41AF1">
        <w:rPr>
          <w:color w:val="000000" w:themeColor="text1"/>
        </w:rPr>
        <w:t xml:space="preserve"> Configure sensors, Wi-Fi, and MQTT connection.</w:t>
      </w:r>
    </w:p>
    <w:p w:rsidR="00D41AF1" w:rsidRPr="00D41AF1" w:rsidRDefault="00D41AF1" w:rsidP="00D41AF1">
      <w:pPr>
        <w:pStyle w:val="NormalWeb"/>
        <w:numPr>
          <w:ilvl w:val="0"/>
          <w:numId w:val="16"/>
        </w:numPr>
        <w:rPr>
          <w:color w:val="000000" w:themeColor="text1"/>
        </w:rPr>
      </w:pPr>
      <w:r w:rsidRPr="00D41AF1">
        <w:rPr>
          <w:rStyle w:val="Strong"/>
          <w:b w:val="0"/>
          <w:color w:val="000000" w:themeColor="text1"/>
        </w:rPr>
        <w:t>Data Acquisition:</w:t>
      </w:r>
      <w:r w:rsidRPr="00D41AF1">
        <w:rPr>
          <w:color w:val="000000" w:themeColor="text1"/>
        </w:rPr>
        <w:t xml:space="preserve"> Collect sensor data periodically.</w:t>
      </w:r>
    </w:p>
    <w:p w:rsidR="00D41AF1" w:rsidRPr="00D41AF1" w:rsidRDefault="00D41AF1" w:rsidP="00D41AF1">
      <w:pPr>
        <w:pStyle w:val="NormalWeb"/>
        <w:numPr>
          <w:ilvl w:val="0"/>
          <w:numId w:val="16"/>
        </w:numPr>
        <w:rPr>
          <w:color w:val="000000" w:themeColor="text1"/>
        </w:rPr>
      </w:pPr>
      <w:r w:rsidRPr="00D41AF1">
        <w:rPr>
          <w:rStyle w:val="Strong"/>
          <w:b w:val="0"/>
          <w:color w:val="000000" w:themeColor="text1"/>
        </w:rPr>
        <w:t>Data Transmission:</w:t>
      </w:r>
      <w:r w:rsidRPr="00D41AF1">
        <w:rPr>
          <w:color w:val="000000" w:themeColor="text1"/>
        </w:rPr>
        <w:t xml:space="preserve"> Send readings to cloud/local database.</w:t>
      </w:r>
    </w:p>
    <w:p w:rsidR="00D41AF1" w:rsidRPr="00D41AF1" w:rsidRDefault="00D41AF1" w:rsidP="00D41AF1">
      <w:pPr>
        <w:pStyle w:val="NormalWeb"/>
        <w:numPr>
          <w:ilvl w:val="0"/>
          <w:numId w:val="16"/>
        </w:numPr>
        <w:rPr>
          <w:color w:val="000000" w:themeColor="text1"/>
        </w:rPr>
      </w:pPr>
      <w:r w:rsidRPr="00D41AF1">
        <w:rPr>
          <w:rStyle w:val="Strong"/>
          <w:b w:val="0"/>
          <w:color w:val="000000" w:themeColor="text1"/>
        </w:rPr>
        <w:t>ML Model:</w:t>
      </w:r>
      <w:r w:rsidRPr="00D41AF1">
        <w:rPr>
          <w:color w:val="000000" w:themeColor="text1"/>
        </w:rPr>
        <w:t xml:space="preserve"> Train using historical usage patterns (Decision Tree, Random Forest, Neural Network).</w:t>
      </w:r>
    </w:p>
    <w:p w:rsidR="00D41AF1" w:rsidRPr="00D41AF1" w:rsidRDefault="00D41AF1" w:rsidP="00D41AF1">
      <w:pPr>
        <w:pStyle w:val="NormalWeb"/>
        <w:numPr>
          <w:ilvl w:val="0"/>
          <w:numId w:val="16"/>
        </w:numPr>
        <w:rPr>
          <w:color w:val="000000" w:themeColor="text1"/>
        </w:rPr>
      </w:pPr>
      <w:r w:rsidRPr="00D41AF1">
        <w:rPr>
          <w:rStyle w:val="Strong"/>
          <w:b w:val="0"/>
          <w:color w:val="000000" w:themeColor="text1"/>
        </w:rPr>
        <w:t>Control Logic:</w:t>
      </w:r>
      <w:r w:rsidRPr="00D41AF1">
        <w:rPr>
          <w:color w:val="000000" w:themeColor="text1"/>
        </w:rPr>
        <w:t xml:space="preserve"> Automate appliances based on ML predictions and thresholds.</w:t>
      </w:r>
    </w:p>
    <w:p w:rsidR="00D41AF1" w:rsidRPr="00D41AF1" w:rsidRDefault="00D41AF1" w:rsidP="00D41AF1">
      <w:pPr>
        <w:pStyle w:val="NormalWeb"/>
        <w:numPr>
          <w:ilvl w:val="0"/>
          <w:numId w:val="16"/>
        </w:numPr>
        <w:rPr>
          <w:color w:val="000000" w:themeColor="text1"/>
        </w:rPr>
      </w:pPr>
      <w:r w:rsidRPr="00D41AF1">
        <w:rPr>
          <w:rStyle w:val="Strong"/>
          <w:b w:val="0"/>
          <w:color w:val="000000" w:themeColor="text1"/>
        </w:rPr>
        <w:t>User Interface:</w:t>
      </w:r>
      <w:r w:rsidRPr="00D41AF1">
        <w:rPr>
          <w:color w:val="000000" w:themeColor="text1"/>
        </w:rPr>
        <w:t xml:space="preserve"> App allows manual override, scheduling, and monitoring.</w:t>
      </w:r>
    </w:p>
    <w:p w:rsidR="00D41AF1" w:rsidRPr="00D41AF1" w:rsidRDefault="00D41AF1" w:rsidP="00D41AF1">
      <w:pPr>
        <w:rPr>
          <w:color w:val="000000" w:themeColor="text1"/>
        </w:rPr>
      </w:pPr>
      <w:r w:rsidRPr="00D41AF1">
        <w:rPr>
          <w:color w:val="000000" w:themeColor="text1"/>
        </w:rPr>
        <w:pict>
          <v:rect id="_x0000_i1034" style="width:0;height:1.5pt" o:hralign="center" o:hrstd="t" o:hr="t" fillcolor="#a0a0a0" stroked="f"/>
        </w:pict>
      </w:r>
    </w:p>
    <w:p w:rsidR="00D41AF1" w:rsidRPr="00D41AF1" w:rsidRDefault="00D41AF1" w:rsidP="00D41AF1">
      <w:pPr>
        <w:pStyle w:val="Heading1"/>
        <w:rPr>
          <w:b w:val="0"/>
          <w:color w:val="000000" w:themeColor="text1"/>
        </w:rPr>
      </w:pPr>
      <w:r w:rsidRPr="00D41AF1">
        <w:rPr>
          <w:rStyle w:val="Strong"/>
          <w:bCs/>
          <w:color w:val="000000" w:themeColor="text1"/>
        </w:rPr>
        <w:t>Chapter 4: Working of the System</w:t>
      </w:r>
    </w:p>
    <w:p w:rsidR="00D41AF1" w:rsidRPr="00D41AF1" w:rsidRDefault="00D41AF1" w:rsidP="00D41AF1">
      <w:pPr>
        <w:pStyle w:val="NormalWeb"/>
        <w:numPr>
          <w:ilvl w:val="0"/>
          <w:numId w:val="17"/>
        </w:numPr>
        <w:rPr>
          <w:color w:val="000000" w:themeColor="text1"/>
        </w:rPr>
      </w:pPr>
      <w:r w:rsidRPr="00D41AF1">
        <w:rPr>
          <w:rStyle w:val="Strong"/>
          <w:b w:val="0"/>
          <w:color w:val="000000" w:themeColor="text1"/>
        </w:rPr>
        <w:t>Power On:</w:t>
      </w:r>
      <w:r w:rsidRPr="00D41AF1">
        <w:rPr>
          <w:color w:val="000000" w:themeColor="text1"/>
        </w:rPr>
        <w:t xml:space="preserve"> ESP32 initializes sensors and connects to Wi-Fi.</w:t>
      </w:r>
    </w:p>
    <w:p w:rsidR="00D41AF1" w:rsidRPr="00D41AF1" w:rsidRDefault="00D41AF1" w:rsidP="00D41AF1">
      <w:pPr>
        <w:pStyle w:val="NormalWeb"/>
        <w:numPr>
          <w:ilvl w:val="0"/>
          <w:numId w:val="17"/>
        </w:numPr>
        <w:rPr>
          <w:color w:val="000000" w:themeColor="text1"/>
        </w:rPr>
      </w:pPr>
      <w:r w:rsidRPr="00D41AF1">
        <w:rPr>
          <w:rStyle w:val="Strong"/>
          <w:b w:val="0"/>
          <w:color w:val="000000" w:themeColor="text1"/>
        </w:rPr>
        <w:t>Data Collection:</w:t>
      </w:r>
      <w:r w:rsidRPr="00D41AF1">
        <w:rPr>
          <w:color w:val="000000" w:themeColor="text1"/>
        </w:rPr>
        <w:t xml:space="preserve"> Environmental (temperature, light, motion) data gathered.</w:t>
      </w:r>
    </w:p>
    <w:p w:rsidR="00D41AF1" w:rsidRPr="00D41AF1" w:rsidRDefault="00D41AF1" w:rsidP="00D41AF1">
      <w:pPr>
        <w:pStyle w:val="NormalWeb"/>
        <w:numPr>
          <w:ilvl w:val="0"/>
          <w:numId w:val="17"/>
        </w:numPr>
        <w:rPr>
          <w:color w:val="000000" w:themeColor="text1"/>
        </w:rPr>
      </w:pPr>
      <w:r w:rsidRPr="00D41AF1">
        <w:rPr>
          <w:rStyle w:val="Strong"/>
          <w:b w:val="0"/>
          <w:color w:val="000000" w:themeColor="text1"/>
        </w:rPr>
        <w:lastRenderedPageBreak/>
        <w:t>Data Processing:</w:t>
      </w:r>
      <w:r w:rsidRPr="00D41AF1">
        <w:rPr>
          <w:color w:val="000000" w:themeColor="text1"/>
        </w:rPr>
        <w:t xml:space="preserve"> Data sent to cloud/local server.</w:t>
      </w:r>
    </w:p>
    <w:p w:rsidR="00D41AF1" w:rsidRPr="00D41AF1" w:rsidRDefault="00D41AF1" w:rsidP="00D41AF1">
      <w:pPr>
        <w:pStyle w:val="NormalWeb"/>
        <w:numPr>
          <w:ilvl w:val="0"/>
          <w:numId w:val="17"/>
        </w:numPr>
        <w:rPr>
          <w:color w:val="000000" w:themeColor="text1"/>
        </w:rPr>
      </w:pPr>
      <w:r w:rsidRPr="00D41AF1">
        <w:rPr>
          <w:rStyle w:val="Strong"/>
          <w:b w:val="0"/>
          <w:color w:val="000000" w:themeColor="text1"/>
        </w:rPr>
        <w:t>ML Prediction:</w:t>
      </w:r>
      <w:r w:rsidRPr="00D41AF1">
        <w:rPr>
          <w:color w:val="000000" w:themeColor="text1"/>
        </w:rPr>
        <w:t xml:space="preserve"> ML model predicts required actions (e.g., turning on fan when hot).</w:t>
      </w:r>
    </w:p>
    <w:p w:rsidR="00D41AF1" w:rsidRPr="00D41AF1" w:rsidRDefault="00D41AF1" w:rsidP="00D41AF1">
      <w:pPr>
        <w:pStyle w:val="NormalWeb"/>
        <w:numPr>
          <w:ilvl w:val="0"/>
          <w:numId w:val="17"/>
        </w:numPr>
        <w:rPr>
          <w:color w:val="000000" w:themeColor="text1"/>
        </w:rPr>
      </w:pPr>
      <w:r w:rsidRPr="00D41AF1">
        <w:rPr>
          <w:rStyle w:val="Strong"/>
          <w:b w:val="0"/>
          <w:color w:val="000000" w:themeColor="text1"/>
        </w:rPr>
        <w:t>Appliance Control:</w:t>
      </w:r>
      <w:r w:rsidRPr="00D41AF1">
        <w:rPr>
          <w:color w:val="000000" w:themeColor="text1"/>
        </w:rPr>
        <w:t xml:space="preserve"> ESP32 switches relays/smart plugs based on ML decision.</w:t>
      </w:r>
    </w:p>
    <w:p w:rsidR="00D41AF1" w:rsidRPr="00D41AF1" w:rsidRDefault="00D41AF1" w:rsidP="00D41AF1">
      <w:pPr>
        <w:pStyle w:val="NormalWeb"/>
        <w:numPr>
          <w:ilvl w:val="0"/>
          <w:numId w:val="17"/>
        </w:numPr>
        <w:rPr>
          <w:color w:val="000000" w:themeColor="text1"/>
        </w:rPr>
      </w:pPr>
      <w:r w:rsidRPr="00D41AF1">
        <w:rPr>
          <w:rStyle w:val="Strong"/>
          <w:b w:val="0"/>
          <w:color w:val="000000" w:themeColor="text1"/>
        </w:rPr>
        <w:t>User Override:</w:t>
      </w:r>
      <w:r w:rsidRPr="00D41AF1">
        <w:rPr>
          <w:color w:val="000000" w:themeColor="text1"/>
        </w:rPr>
        <w:t xml:space="preserve"> App allows manual control if needed.</w:t>
      </w:r>
    </w:p>
    <w:p w:rsidR="00D41AF1" w:rsidRPr="00D41AF1" w:rsidRDefault="00D41AF1" w:rsidP="00D41AF1">
      <w:pPr>
        <w:pStyle w:val="NormalWeb"/>
        <w:numPr>
          <w:ilvl w:val="0"/>
          <w:numId w:val="17"/>
        </w:numPr>
        <w:rPr>
          <w:color w:val="000000" w:themeColor="text1"/>
        </w:rPr>
      </w:pPr>
      <w:r w:rsidRPr="00D41AF1">
        <w:rPr>
          <w:rStyle w:val="Strong"/>
          <w:b w:val="0"/>
          <w:color w:val="000000" w:themeColor="text1"/>
        </w:rPr>
        <w:t>Continuous Learning:</w:t>
      </w:r>
      <w:r w:rsidRPr="00D41AF1">
        <w:rPr>
          <w:color w:val="000000" w:themeColor="text1"/>
        </w:rPr>
        <w:t xml:space="preserve"> ML model updates predictions with new data.</w:t>
      </w:r>
    </w:p>
    <w:p w:rsidR="00D41AF1" w:rsidRPr="00D41AF1" w:rsidRDefault="00D41AF1" w:rsidP="00D41AF1">
      <w:pPr>
        <w:rPr>
          <w:color w:val="000000" w:themeColor="text1"/>
        </w:rPr>
      </w:pPr>
      <w:r w:rsidRPr="00D41AF1">
        <w:rPr>
          <w:color w:val="000000" w:themeColor="text1"/>
        </w:rPr>
        <w:pict>
          <v:rect id="_x0000_i1035" style="width:0;height:1.5pt" o:hralign="center" o:hrstd="t" o:hr="t" fillcolor="#a0a0a0" stroked="f"/>
        </w:pict>
      </w:r>
    </w:p>
    <w:p w:rsidR="00D41AF1" w:rsidRPr="00D41AF1" w:rsidRDefault="00D41AF1" w:rsidP="00D41AF1">
      <w:pPr>
        <w:pStyle w:val="Heading1"/>
        <w:rPr>
          <w:b w:val="0"/>
          <w:color w:val="000000" w:themeColor="text1"/>
        </w:rPr>
      </w:pPr>
      <w:r w:rsidRPr="00D41AF1">
        <w:rPr>
          <w:rStyle w:val="Strong"/>
          <w:bCs/>
          <w:color w:val="000000" w:themeColor="text1"/>
        </w:rPr>
        <w:t>Chapter 5: Advantages and Disadvantages</w:t>
      </w:r>
    </w:p>
    <w:p w:rsidR="00D41AF1" w:rsidRPr="00D41AF1" w:rsidRDefault="00D41AF1" w:rsidP="00D41AF1">
      <w:pPr>
        <w:pStyle w:val="Heading3"/>
        <w:rPr>
          <w:b w:val="0"/>
          <w:color w:val="000000" w:themeColor="text1"/>
        </w:rPr>
      </w:pPr>
      <w:r w:rsidRPr="00D41AF1">
        <w:rPr>
          <w:rStyle w:val="Strong"/>
          <w:bCs/>
          <w:color w:val="000000" w:themeColor="text1"/>
        </w:rPr>
        <w:t>5.1 Advantages</w:t>
      </w:r>
    </w:p>
    <w:p w:rsidR="00D41AF1" w:rsidRPr="00D41AF1" w:rsidRDefault="00D41AF1" w:rsidP="00D41AF1">
      <w:pPr>
        <w:pStyle w:val="NormalWeb"/>
        <w:numPr>
          <w:ilvl w:val="0"/>
          <w:numId w:val="18"/>
        </w:numPr>
        <w:rPr>
          <w:color w:val="000000" w:themeColor="text1"/>
        </w:rPr>
      </w:pPr>
      <w:r w:rsidRPr="00D41AF1">
        <w:rPr>
          <w:color w:val="000000" w:themeColor="text1"/>
        </w:rPr>
        <w:t>Personalized automation based on real user habits.</w:t>
      </w:r>
    </w:p>
    <w:p w:rsidR="00D41AF1" w:rsidRPr="00D41AF1" w:rsidRDefault="00D41AF1" w:rsidP="00D41AF1">
      <w:pPr>
        <w:pStyle w:val="NormalWeb"/>
        <w:numPr>
          <w:ilvl w:val="0"/>
          <w:numId w:val="18"/>
        </w:numPr>
        <w:rPr>
          <w:color w:val="000000" w:themeColor="text1"/>
        </w:rPr>
      </w:pPr>
      <w:r w:rsidRPr="00D41AF1">
        <w:rPr>
          <w:color w:val="000000" w:themeColor="text1"/>
        </w:rPr>
        <w:t>Energy savings through intelligent scheduling.</w:t>
      </w:r>
    </w:p>
    <w:p w:rsidR="00D41AF1" w:rsidRPr="00D41AF1" w:rsidRDefault="00D41AF1" w:rsidP="00D41AF1">
      <w:pPr>
        <w:pStyle w:val="NormalWeb"/>
        <w:numPr>
          <w:ilvl w:val="0"/>
          <w:numId w:val="18"/>
        </w:numPr>
        <w:rPr>
          <w:color w:val="000000" w:themeColor="text1"/>
        </w:rPr>
      </w:pPr>
      <w:r w:rsidRPr="00D41AF1">
        <w:rPr>
          <w:color w:val="000000" w:themeColor="text1"/>
        </w:rPr>
        <w:t>Improved lifestyle convenience.</w:t>
      </w:r>
    </w:p>
    <w:p w:rsidR="00D41AF1" w:rsidRPr="00D41AF1" w:rsidRDefault="00D41AF1" w:rsidP="00D41AF1">
      <w:pPr>
        <w:pStyle w:val="NormalWeb"/>
        <w:numPr>
          <w:ilvl w:val="0"/>
          <w:numId w:val="18"/>
        </w:numPr>
        <w:rPr>
          <w:color w:val="000000" w:themeColor="text1"/>
        </w:rPr>
      </w:pPr>
      <w:r w:rsidRPr="00D41AF1">
        <w:rPr>
          <w:color w:val="000000" w:themeColor="text1"/>
        </w:rPr>
        <w:t>Enhanced security with IoT cameras and smart alerts.</w:t>
      </w:r>
    </w:p>
    <w:p w:rsidR="00D41AF1" w:rsidRPr="00D41AF1" w:rsidRDefault="00D41AF1" w:rsidP="00D41AF1">
      <w:pPr>
        <w:pStyle w:val="NormalWeb"/>
        <w:numPr>
          <w:ilvl w:val="0"/>
          <w:numId w:val="18"/>
        </w:numPr>
        <w:rPr>
          <w:color w:val="000000" w:themeColor="text1"/>
        </w:rPr>
      </w:pPr>
      <w:r w:rsidRPr="00D41AF1">
        <w:rPr>
          <w:color w:val="000000" w:themeColor="text1"/>
        </w:rPr>
        <w:t>Scalable for larger buildings.</w:t>
      </w:r>
    </w:p>
    <w:p w:rsidR="00D41AF1" w:rsidRPr="00D41AF1" w:rsidRDefault="00D41AF1" w:rsidP="00D41AF1">
      <w:pPr>
        <w:pStyle w:val="Heading3"/>
        <w:rPr>
          <w:b w:val="0"/>
          <w:color w:val="000000" w:themeColor="text1"/>
        </w:rPr>
      </w:pPr>
      <w:r w:rsidRPr="00D41AF1">
        <w:rPr>
          <w:rStyle w:val="Strong"/>
          <w:bCs/>
          <w:color w:val="000000" w:themeColor="text1"/>
        </w:rPr>
        <w:t>5.2 Disadvantages</w:t>
      </w:r>
    </w:p>
    <w:p w:rsidR="00D41AF1" w:rsidRPr="00D41AF1" w:rsidRDefault="00D41AF1" w:rsidP="00D41AF1">
      <w:pPr>
        <w:pStyle w:val="NormalWeb"/>
        <w:numPr>
          <w:ilvl w:val="0"/>
          <w:numId w:val="19"/>
        </w:numPr>
        <w:rPr>
          <w:color w:val="000000" w:themeColor="text1"/>
        </w:rPr>
      </w:pPr>
      <w:r w:rsidRPr="00D41AF1">
        <w:rPr>
          <w:color w:val="000000" w:themeColor="text1"/>
        </w:rPr>
        <w:t>Requires stable internet for cloud features.</w:t>
      </w:r>
    </w:p>
    <w:p w:rsidR="00D41AF1" w:rsidRPr="00D41AF1" w:rsidRDefault="00D41AF1" w:rsidP="00D41AF1">
      <w:pPr>
        <w:pStyle w:val="NormalWeb"/>
        <w:numPr>
          <w:ilvl w:val="0"/>
          <w:numId w:val="19"/>
        </w:numPr>
        <w:rPr>
          <w:color w:val="000000" w:themeColor="text1"/>
        </w:rPr>
      </w:pPr>
      <w:r w:rsidRPr="00D41AF1">
        <w:rPr>
          <w:color w:val="000000" w:themeColor="text1"/>
        </w:rPr>
        <w:t>Initial cost may be high.</w:t>
      </w:r>
    </w:p>
    <w:p w:rsidR="00D41AF1" w:rsidRPr="00D41AF1" w:rsidRDefault="00D41AF1" w:rsidP="00D41AF1">
      <w:pPr>
        <w:pStyle w:val="NormalWeb"/>
        <w:numPr>
          <w:ilvl w:val="0"/>
          <w:numId w:val="19"/>
        </w:numPr>
        <w:rPr>
          <w:color w:val="000000" w:themeColor="text1"/>
        </w:rPr>
      </w:pPr>
      <w:r w:rsidRPr="00D41AF1">
        <w:rPr>
          <w:color w:val="000000" w:themeColor="text1"/>
        </w:rPr>
        <w:t>Privacy/security risks in data storage.</w:t>
      </w:r>
    </w:p>
    <w:p w:rsidR="00D41AF1" w:rsidRPr="00D41AF1" w:rsidRDefault="00D41AF1" w:rsidP="00D41AF1">
      <w:pPr>
        <w:pStyle w:val="NormalWeb"/>
        <w:numPr>
          <w:ilvl w:val="0"/>
          <w:numId w:val="19"/>
        </w:numPr>
        <w:rPr>
          <w:color w:val="000000" w:themeColor="text1"/>
        </w:rPr>
      </w:pPr>
      <w:r w:rsidRPr="00D41AF1">
        <w:rPr>
          <w:color w:val="000000" w:themeColor="text1"/>
        </w:rPr>
        <w:t>Device compatibility challenges.</w:t>
      </w:r>
    </w:p>
    <w:p w:rsidR="00D41AF1" w:rsidRPr="00D41AF1" w:rsidRDefault="00D41AF1" w:rsidP="00D41AF1">
      <w:pPr>
        <w:rPr>
          <w:color w:val="000000" w:themeColor="text1"/>
        </w:rPr>
      </w:pPr>
      <w:r w:rsidRPr="00D41AF1">
        <w:rPr>
          <w:color w:val="000000" w:themeColor="text1"/>
        </w:rPr>
        <w:pict>
          <v:rect id="_x0000_i1036" style="width:0;height:1.5pt" o:hralign="center" o:hrstd="t" o:hr="t" fillcolor="#a0a0a0" stroked="f"/>
        </w:pict>
      </w:r>
    </w:p>
    <w:p w:rsidR="00D41AF1" w:rsidRPr="00D41AF1" w:rsidRDefault="00D41AF1" w:rsidP="00D41AF1">
      <w:pPr>
        <w:pStyle w:val="Heading1"/>
        <w:rPr>
          <w:b w:val="0"/>
          <w:color w:val="000000" w:themeColor="text1"/>
        </w:rPr>
      </w:pPr>
      <w:r w:rsidRPr="00D41AF1">
        <w:rPr>
          <w:rStyle w:val="Strong"/>
          <w:bCs/>
          <w:color w:val="000000" w:themeColor="text1"/>
        </w:rPr>
        <w:t>Chapter 6: Applications and Future Scope</w:t>
      </w:r>
    </w:p>
    <w:p w:rsidR="00D41AF1" w:rsidRPr="00D41AF1" w:rsidRDefault="00D41AF1" w:rsidP="00D41AF1">
      <w:pPr>
        <w:pStyle w:val="Heading3"/>
        <w:rPr>
          <w:b w:val="0"/>
          <w:color w:val="000000" w:themeColor="text1"/>
        </w:rPr>
      </w:pPr>
      <w:r w:rsidRPr="00D41AF1">
        <w:rPr>
          <w:rStyle w:val="Strong"/>
          <w:bCs/>
          <w:color w:val="000000" w:themeColor="text1"/>
        </w:rPr>
        <w:t>6.1 Applications</w:t>
      </w:r>
    </w:p>
    <w:p w:rsidR="00D41AF1" w:rsidRPr="00D41AF1" w:rsidRDefault="00D41AF1" w:rsidP="00D41AF1">
      <w:pPr>
        <w:pStyle w:val="NormalWeb"/>
        <w:numPr>
          <w:ilvl w:val="0"/>
          <w:numId w:val="20"/>
        </w:numPr>
        <w:rPr>
          <w:color w:val="000000" w:themeColor="text1"/>
        </w:rPr>
      </w:pPr>
      <w:r w:rsidRPr="00D41AF1">
        <w:rPr>
          <w:color w:val="000000" w:themeColor="text1"/>
        </w:rPr>
        <w:t>Residential smart homes and apartments.</w:t>
      </w:r>
    </w:p>
    <w:p w:rsidR="00D41AF1" w:rsidRPr="00D41AF1" w:rsidRDefault="00D41AF1" w:rsidP="00D41AF1">
      <w:pPr>
        <w:pStyle w:val="NormalWeb"/>
        <w:numPr>
          <w:ilvl w:val="0"/>
          <w:numId w:val="20"/>
        </w:numPr>
        <w:rPr>
          <w:color w:val="000000" w:themeColor="text1"/>
        </w:rPr>
      </w:pPr>
      <w:r w:rsidRPr="00D41AF1">
        <w:rPr>
          <w:color w:val="000000" w:themeColor="text1"/>
        </w:rPr>
        <w:t>Hotels and smart offices.</w:t>
      </w:r>
    </w:p>
    <w:p w:rsidR="00D41AF1" w:rsidRPr="00D41AF1" w:rsidRDefault="00D41AF1" w:rsidP="00D41AF1">
      <w:pPr>
        <w:pStyle w:val="NormalWeb"/>
        <w:numPr>
          <w:ilvl w:val="0"/>
          <w:numId w:val="20"/>
        </w:numPr>
        <w:rPr>
          <w:color w:val="000000" w:themeColor="text1"/>
        </w:rPr>
      </w:pPr>
      <w:r w:rsidRPr="00D41AF1">
        <w:rPr>
          <w:color w:val="000000" w:themeColor="text1"/>
        </w:rPr>
        <w:t>Elderly/disabled assistance systems.</w:t>
      </w:r>
    </w:p>
    <w:p w:rsidR="00D41AF1" w:rsidRPr="00D41AF1" w:rsidRDefault="00D41AF1" w:rsidP="00D41AF1">
      <w:pPr>
        <w:pStyle w:val="NormalWeb"/>
        <w:numPr>
          <w:ilvl w:val="0"/>
          <w:numId w:val="20"/>
        </w:numPr>
        <w:rPr>
          <w:color w:val="000000" w:themeColor="text1"/>
        </w:rPr>
      </w:pPr>
      <w:r w:rsidRPr="00D41AF1">
        <w:rPr>
          <w:color w:val="000000" w:themeColor="text1"/>
        </w:rPr>
        <w:t>Educational demonstrations of IoT &amp; AI.</w:t>
      </w:r>
    </w:p>
    <w:p w:rsidR="00D41AF1" w:rsidRPr="00D41AF1" w:rsidRDefault="00D41AF1" w:rsidP="00D41AF1">
      <w:pPr>
        <w:pStyle w:val="NormalWeb"/>
        <w:numPr>
          <w:ilvl w:val="0"/>
          <w:numId w:val="20"/>
        </w:numPr>
        <w:rPr>
          <w:color w:val="000000" w:themeColor="text1"/>
        </w:rPr>
      </w:pPr>
      <w:r w:rsidRPr="00D41AF1">
        <w:rPr>
          <w:color w:val="000000" w:themeColor="text1"/>
        </w:rPr>
        <w:t>Smart buildings for energy optimization.</w:t>
      </w:r>
    </w:p>
    <w:p w:rsidR="00D41AF1" w:rsidRPr="00D41AF1" w:rsidRDefault="00D41AF1" w:rsidP="00D41AF1">
      <w:pPr>
        <w:pStyle w:val="Heading3"/>
        <w:rPr>
          <w:b w:val="0"/>
          <w:color w:val="000000" w:themeColor="text1"/>
        </w:rPr>
      </w:pPr>
      <w:r w:rsidRPr="00D41AF1">
        <w:rPr>
          <w:rStyle w:val="Strong"/>
          <w:bCs/>
          <w:color w:val="000000" w:themeColor="text1"/>
        </w:rPr>
        <w:t>6.2 Future Scope</w:t>
      </w:r>
    </w:p>
    <w:p w:rsidR="00D41AF1" w:rsidRPr="00D41AF1" w:rsidRDefault="00D41AF1" w:rsidP="00D41AF1">
      <w:pPr>
        <w:pStyle w:val="NormalWeb"/>
        <w:numPr>
          <w:ilvl w:val="0"/>
          <w:numId w:val="21"/>
        </w:numPr>
        <w:rPr>
          <w:color w:val="000000" w:themeColor="text1"/>
        </w:rPr>
      </w:pPr>
      <w:r w:rsidRPr="00D41AF1">
        <w:rPr>
          <w:color w:val="000000" w:themeColor="text1"/>
        </w:rPr>
        <w:t xml:space="preserve">Integration with </w:t>
      </w:r>
      <w:r w:rsidRPr="00D41AF1">
        <w:rPr>
          <w:rStyle w:val="Strong"/>
          <w:b w:val="0"/>
          <w:color w:val="000000" w:themeColor="text1"/>
        </w:rPr>
        <w:t>Alexa/Google Assistant</w:t>
      </w:r>
      <w:r w:rsidRPr="00D41AF1">
        <w:rPr>
          <w:color w:val="000000" w:themeColor="text1"/>
        </w:rPr>
        <w:t>.</w:t>
      </w:r>
    </w:p>
    <w:p w:rsidR="00D41AF1" w:rsidRPr="00D41AF1" w:rsidRDefault="00D41AF1" w:rsidP="00D41AF1">
      <w:pPr>
        <w:pStyle w:val="NormalWeb"/>
        <w:numPr>
          <w:ilvl w:val="0"/>
          <w:numId w:val="21"/>
        </w:numPr>
        <w:rPr>
          <w:color w:val="000000" w:themeColor="text1"/>
        </w:rPr>
      </w:pPr>
      <w:r w:rsidRPr="00D41AF1">
        <w:rPr>
          <w:color w:val="000000" w:themeColor="text1"/>
        </w:rPr>
        <w:t xml:space="preserve">Use of </w:t>
      </w:r>
      <w:r w:rsidRPr="00D41AF1">
        <w:rPr>
          <w:rStyle w:val="Strong"/>
          <w:b w:val="0"/>
          <w:color w:val="000000" w:themeColor="text1"/>
        </w:rPr>
        <w:t>renewable energy (solar/wind) management</w:t>
      </w:r>
      <w:r w:rsidRPr="00D41AF1">
        <w:rPr>
          <w:color w:val="000000" w:themeColor="text1"/>
        </w:rPr>
        <w:t>.</w:t>
      </w:r>
    </w:p>
    <w:p w:rsidR="00D41AF1" w:rsidRPr="00D41AF1" w:rsidRDefault="00D41AF1" w:rsidP="00D41AF1">
      <w:pPr>
        <w:pStyle w:val="NormalWeb"/>
        <w:numPr>
          <w:ilvl w:val="0"/>
          <w:numId w:val="21"/>
        </w:numPr>
        <w:rPr>
          <w:color w:val="000000" w:themeColor="text1"/>
        </w:rPr>
      </w:pPr>
      <w:r w:rsidRPr="00D41AF1">
        <w:rPr>
          <w:color w:val="000000" w:themeColor="text1"/>
        </w:rPr>
        <w:t>Edge AI for faster decisions without internet.</w:t>
      </w:r>
    </w:p>
    <w:p w:rsidR="00D41AF1" w:rsidRPr="00D41AF1" w:rsidRDefault="00D41AF1" w:rsidP="00D41AF1">
      <w:pPr>
        <w:pStyle w:val="NormalWeb"/>
        <w:numPr>
          <w:ilvl w:val="0"/>
          <w:numId w:val="21"/>
        </w:numPr>
        <w:rPr>
          <w:color w:val="000000" w:themeColor="text1"/>
        </w:rPr>
      </w:pPr>
      <w:r w:rsidRPr="00D41AF1">
        <w:rPr>
          <w:color w:val="000000" w:themeColor="text1"/>
        </w:rPr>
        <w:t>Blockchain for secure IoT data sharing.</w:t>
      </w:r>
    </w:p>
    <w:p w:rsidR="00D41AF1" w:rsidRPr="00D41AF1" w:rsidRDefault="00D41AF1" w:rsidP="00D41AF1">
      <w:pPr>
        <w:pStyle w:val="NormalWeb"/>
        <w:numPr>
          <w:ilvl w:val="0"/>
          <w:numId w:val="21"/>
        </w:numPr>
        <w:rPr>
          <w:color w:val="000000" w:themeColor="text1"/>
        </w:rPr>
      </w:pPr>
      <w:r w:rsidRPr="00D41AF1">
        <w:rPr>
          <w:color w:val="000000" w:themeColor="text1"/>
        </w:rPr>
        <w:lastRenderedPageBreak/>
        <w:t>Predictive maintenance for home appliances.</w:t>
      </w:r>
    </w:p>
    <w:p w:rsidR="00D41AF1" w:rsidRPr="00D41AF1" w:rsidRDefault="00D41AF1" w:rsidP="00D41AF1">
      <w:pPr>
        <w:rPr>
          <w:color w:val="000000" w:themeColor="text1"/>
        </w:rPr>
      </w:pPr>
      <w:r w:rsidRPr="00D41AF1">
        <w:rPr>
          <w:color w:val="000000" w:themeColor="text1"/>
        </w:rPr>
        <w:pict>
          <v:rect id="_x0000_i1037" style="width:0;height:1.5pt" o:hralign="center" o:hrstd="t" o:hr="t" fillcolor="#a0a0a0" stroked="f"/>
        </w:pict>
      </w:r>
    </w:p>
    <w:p w:rsidR="00D41AF1" w:rsidRPr="00D41AF1" w:rsidRDefault="00D41AF1" w:rsidP="00D41AF1">
      <w:pPr>
        <w:pStyle w:val="Heading1"/>
        <w:rPr>
          <w:b w:val="0"/>
          <w:color w:val="000000" w:themeColor="text1"/>
        </w:rPr>
      </w:pPr>
      <w:r w:rsidRPr="00D41AF1">
        <w:rPr>
          <w:rStyle w:val="Strong"/>
          <w:bCs/>
          <w:color w:val="000000" w:themeColor="text1"/>
        </w:rPr>
        <w:t>Chapter 7: Conclusion</w:t>
      </w:r>
    </w:p>
    <w:p w:rsidR="00D41AF1" w:rsidRPr="00D41AF1" w:rsidRDefault="00D41AF1" w:rsidP="00D41AF1">
      <w:pPr>
        <w:pStyle w:val="NormalWeb"/>
        <w:rPr>
          <w:color w:val="000000" w:themeColor="text1"/>
        </w:rPr>
      </w:pPr>
      <w:r w:rsidRPr="00D41AF1">
        <w:rPr>
          <w:color w:val="000000" w:themeColor="text1"/>
        </w:rPr>
        <w:t xml:space="preserve">This project demonstrates the successful implementation of a </w:t>
      </w:r>
      <w:r w:rsidRPr="00D41AF1">
        <w:rPr>
          <w:rStyle w:val="Strong"/>
          <w:b w:val="0"/>
          <w:color w:val="000000" w:themeColor="text1"/>
        </w:rPr>
        <w:t>Smart Home Automation System</w:t>
      </w:r>
      <w:r w:rsidRPr="00D41AF1">
        <w:rPr>
          <w:color w:val="000000" w:themeColor="text1"/>
        </w:rPr>
        <w:t xml:space="preserve"> that integrates IoT devices with ML intelligence. The system is capable of </w:t>
      </w:r>
      <w:r w:rsidRPr="00D41AF1">
        <w:rPr>
          <w:rStyle w:val="Strong"/>
          <w:b w:val="0"/>
          <w:color w:val="000000" w:themeColor="text1"/>
        </w:rPr>
        <w:t>real-time monitoring, predictive control, and adaptive automation</w:t>
      </w:r>
      <w:r w:rsidRPr="00D41AF1">
        <w:rPr>
          <w:color w:val="000000" w:themeColor="text1"/>
        </w:rPr>
        <w:t>, offering an efficient and user-friendly living environment.</w:t>
      </w:r>
    </w:p>
    <w:p w:rsidR="00D41AF1" w:rsidRPr="00D41AF1" w:rsidRDefault="00D41AF1" w:rsidP="00D41AF1">
      <w:pPr>
        <w:pStyle w:val="NormalWeb"/>
        <w:rPr>
          <w:color w:val="000000" w:themeColor="text1"/>
        </w:rPr>
      </w:pPr>
      <w:r w:rsidRPr="00D41AF1">
        <w:rPr>
          <w:color w:val="000000" w:themeColor="text1"/>
        </w:rPr>
        <w:t xml:space="preserve">It provides </w:t>
      </w:r>
      <w:r w:rsidRPr="00D41AF1">
        <w:rPr>
          <w:rStyle w:val="Strong"/>
          <w:b w:val="0"/>
          <w:color w:val="000000" w:themeColor="text1"/>
        </w:rPr>
        <w:t>energy savings, enhanced security, and convenience</w:t>
      </w:r>
      <w:r w:rsidRPr="00D41AF1">
        <w:rPr>
          <w:color w:val="000000" w:themeColor="text1"/>
        </w:rPr>
        <w:t>, while also laying the foundation for future integration with voice assistants, renewable energy systems, and AI-driven smart cities.</w:t>
      </w:r>
    </w:p>
    <w:p w:rsidR="00AA1D14" w:rsidRPr="00D41AF1" w:rsidRDefault="00AA1D14" w:rsidP="00D41AF1">
      <w:pPr>
        <w:rPr>
          <w:color w:val="000000" w:themeColor="text1"/>
        </w:rPr>
      </w:pPr>
    </w:p>
    <w:sectPr w:rsidR="00AA1D14" w:rsidRPr="00D41AF1" w:rsidSect="00D41AF1">
      <w:pgSz w:w="12240" w:h="15840"/>
      <w:pgMar w:top="1440" w:right="1800" w:bottom="1440" w:left="180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04F61F4"/>
    <w:multiLevelType w:val="multilevel"/>
    <w:tmpl w:val="3C76E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8BC28A4"/>
    <w:multiLevelType w:val="multilevel"/>
    <w:tmpl w:val="A3B83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02D0FCF"/>
    <w:multiLevelType w:val="multilevel"/>
    <w:tmpl w:val="3872F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7006C5"/>
    <w:multiLevelType w:val="multilevel"/>
    <w:tmpl w:val="B3FE8B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24D2CFC"/>
    <w:multiLevelType w:val="multilevel"/>
    <w:tmpl w:val="FCDE6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A1F2492"/>
    <w:multiLevelType w:val="multilevel"/>
    <w:tmpl w:val="703AB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03A613C"/>
    <w:multiLevelType w:val="multilevel"/>
    <w:tmpl w:val="EBAE2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5E71FFF"/>
    <w:multiLevelType w:val="multilevel"/>
    <w:tmpl w:val="6B88C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D3E21FC"/>
    <w:multiLevelType w:val="multilevel"/>
    <w:tmpl w:val="CD9C6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0C33D0D"/>
    <w:multiLevelType w:val="multilevel"/>
    <w:tmpl w:val="AC640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6AE3AE1"/>
    <w:multiLevelType w:val="multilevel"/>
    <w:tmpl w:val="16F652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EE85116"/>
    <w:multiLevelType w:val="multilevel"/>
    <w:tmpl w:val="19507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16"/>
  </w:num>
  <w:num w:numId="11">
    <w:abstractNumId w:val="19"/>
  </w:num>
  <w:num w:numId="12">
    <w:abstractNumId w:val="10"/>
  </w:num>
  <w:num w:numId="13">
    <w:abstractNumId w:val="13"/>
  </w:num>
  <w:num w:numId="14">
    <w:abstractNumId w:val="14"/>
  </w:num>
  <w:num w:numId="15">
    <w:abstractNumId w:val="15"/>
  </w:num>
  <w:num w:numId="16">
    <w:abstractNumId w:val="9"/>
  </w:num>
  <w:num w:numId="17">
    <w:abstractNumId w:val="12"/>
  </w:num>
  <w:num w:numId="18">
    <w:abstractNumId w:val="20"/>
  </w:num>
  <w:num w:numId="19">
    <w:abstractNumId w:val="18"/>
  </w:num>
  <w:num w:numId="20">
    <w:abstractNumId w:val="11"/>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AA1D14"/>
    <w:rsid w:val="00AA1D8D"/>
    <w:rsid w:val="00AC5855"/>
    <w:rsid w:val="00B47730"/>
    <w:rsid w:val="00CB0664"/>
    <w:rsid w:val="00D41AF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3DC5BEF"/>
  <w14:defaultImageDpi w14:val="300"/>
  <w15:docId w15:val="{1F251596-B457-4859-9DE4-3430342CA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D41AF1"/>
    <w:pPr>
      <w:spacing w:before="100" w:beforeAutospacing="1" w:after="100" w:afterAutospacing="1" w:line="240" w:lineRule="auto"/>
    </w:pPr>
    <w:rPr>
      <w:rFonts w:ascii="Times New Roman" w:eastAsia="Times New Roman" w:hAnsi="Times New Roman" w:cs="Times New Roman"/>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383139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763555-1D1D-41CF-A1C8-53CA4D4092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1149</Words>
  <Characters>6554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7688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cp:lastModifiedBy>
  <cp:revision>2</cp:revision>
  <dcterms:created xsi:type="dcterms:W3CDTF">2013-12-23T23:15:00Z</dcterms:created>
  <dcterms:modified xsi:type="dcterms:W3CDTF">2025-10-16T04:38:00Z</dcterms:modified>
  <cp:category/>
</cp:coreProperties>
</file>